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DA1B4D" w14:textId="77777777" w:rsidR="00170D4D" w:rsidRDefault="00170D4D" w:rsidP="00170D4D">
      <w:pPr>
        <w:tabs>
          <w:tab w:val="left" w:pos="564"/>
          <w:tab w:val="center" w:pos="5040"/>
        </w:tabs>
        <w:rPr>
          <w:b/>
          <w:bCs/>
          <w:color w:val="1F3864"/>
          <w:sz w:val="44"/>
          <w:szCs w:val="44"/>
        </w:rPr>
      </w:pPr>
      <w:r w:rsidRPr="00A5341A">
        <w:rPr>
          <w:b/>
          <w:bCs/>
          <w:noProof/>
          <w:color w:val="1F3864"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0CE0235F" wp14:editId="05957270">
            <wp:simplePos x="0" y="0"/>
            <wp:positionH relativeFrom="column">
              <wp:posOffset>2624804</wp:posOffset>
            </wp:positionH>
            <wp:positionV relativeFrom="paragraph">
              <wp:posOffset>-324117</wp:posOffset>
            </wp:positionV>
            <wp:extent cx="1342238" cy="1233181"/>
            <wp:effectExtent l="0" t="0" r="0" b="0"/>
            <wp:wrapNone/>
            <wp:docPr id="107849060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2238" cy="1233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6739C27" w14:textId="7029EF9C" w:rsidR="00170D4D" w:rsidRDefault="00170D4D" w:rsidP="00170D4D">
      <w:pPr>
        <w:tabs>
          <w:tab w:val="left" w:pos="564"/>
          <w:tab w:val="center" w:pos="5040"/>
        </w:tabs>
        <w:rPr>
          <w:b/>
          <w:bCs/>
          <w:color w:val="1F3864"/>
          <w:sz w:val="44"/>
          <w:szCs w:val="44"/>
        </w:rPr>
      </w:pPr>
      <w:r>
        <w:rPr>
          <w:b/>
          <w:bCs/>
          <w:color w:val="1F3864"/>
          <w:sz w:val="44"/>
          <w:szCs w:val="44"/>
        </w:rPr>
        <w:tab/>
      </w:r>
      <w:r>
        <w:rPr>
          <w:b/>
          <w:bCs/>
          <w:color w:val="1F3864"/>
          <w:sz w:val="44"/>
          <w:szCs w:val="44"/>
        </w:rPr>
        <w:tab/>
      </w:r>
    </w:p>
    <w:p w14:paraId="2C3A5B03" w14:textId="77777777" w:rsidR="00170D4D" w:rsidRPr="004F1AA0" w:rsidRDefault="00170D4D" w:rsidP="004F1AA0">
      <w:pPr>
        <w:widowControl w:val="0"/>
        <w:tabs>
          <w:tab w:val="left" w:pos="564"/>
          <w:tab w:val="center" w:pos="5040"/>
        </w:tabs>
        <w:spacing w:after="0"/>
        <w:jc w:val="center"/>
        <w:rPr>
          <w:rFonts w:ascii="Arial" w:eastAsia="Arial" w:hAnsi="Arial" w:cs="Arial"/>
          <w:b/>
          <w:bCs/>
          <w:color w:val="1F3864"/>
          <w:sz w:val="44"/>
          <w:szCs w:val="44"/>
          <w:lang w:val="en-IN" w:eastAsia="en-IN"/>
        </w:rPr>
      </w:pPr>
      <w:r w:rsidRPr="004F1AA0">
        <w:rPr>
          <w:rFonts w:ascii="Arial" w:eastAsia="Arial" w:hAnsi="Arial" w:cs="Arial"/>
          <w:b/>
          <w:bCs/>
          <w:color w:val="1F3864"/>
          <w:sz w:val="44"/>
          <w:szCs w:val="44"/>
          <w:lang w:val="en-IN" w:eastAsia="en-IN"/>
        </w:rPr>
        <w:t>Dept. Of Zoology</w:t>
      </w:r>
    </w:p>
    <w:p w14:paraId="55C24992" w14:textId="77777777" w:rsidR="00170D4D" w:rsidRPr="000C5BA6" w:rsidRDefault="00170D4D" w:rsidP="004F1AA0">
      <w:pPr>
        <w:widowControl w:val="0"/>
        <w:tabs>
          <w:tab w:val="left" w:pos="564"/>
          <w:tab w:val="center" w:pos="5040"/>
        </w:tabs>
        <w:spacing w:after="0"/>
        <w:jc w:val="center"/>
        <w:rPr>
          <w:rFonts w:ascii="Arial" w:eastAsia="Arial" w:hAnsi="Arial" w:cs="Arial"/>
          <w:b/>
          <w:bCs/>
          <w:color w:val="1F3864"/>
          <w:sz w:val="40"/>
          <w:szCs w:val="40"/>
          <w:lang w:val="en-IN" w:eastAsia="en-IN"/>
        </w:rPr>
      </w:pPr>
      <w:proofErr w:type="spellStart"/>
      <w:r w:rsidRPr="000C5BA6">
        <w:rPr>
          <w:rFonts w:ascii="Arial" w:eastAsia="Arial" w:hAnsi="Arial" w:cs="Arial"/>
          <w:b/>
          <w:bCs/>
          <w:color w:val="1F3864"/>
          <w:sz w:val="40"/>
          <w:szCs w:val="40"/>
          <w:lang w:val="en-IN" w:eastAsia="en-IN"/>
        </w:rPr>
        <w:t>Dinakrushna</w:t>
      </w:r>
      <w:proofErr w:type="spellEnd"/>
      <w:r w:rsidRPr="000C5BA6">
        <w:rPr>
          <w:rFonts w:ascii="Arial" w:eastAsia="Arial" w:hAnsi="Arial" w:cs="Arial"/>
          <w:b/>
          <w:bCs/>
          <w:color w:val="1F3864"/>
          <w:sz w:val="40"/>
          <w:szCs w:val="40"/>
          <w:lang w:val="en-IN" w:eastAsia="en-IN"/>
        </w:rPr>
        <w:t xml:space="preserve"> College, </w:t>
      </w:r>
      <w:proofErr w:type="spellStart"/>
      <w:r w:rsidRPr="000C5BA6">
        <w:rPr>
          <w:rFonts w:ascii="Arial" w:eastAsia="Arial" w:hAnsi="Arial" w:cs="Arial"/>
          <w:b/>
          <w:bCs/>
          <w:color w:val="1F3864"/>
          <w:sz w:val="40"/>
          <w:szCs w:val="40"/>
          <w:lang w:val="en-IN" w:eastAsia="en-IN"/>
        </w:rPr>
        <w:t>Jaleswar</w:t>
      </w:r>
      <w:proofErr w:type="spellEnd"/>
      <w:r w:rsidRPr="000C5BA6">
        <w:rPr>
          <w:rFonts w:ascii="Arial" w:eastAsia="Arial" w:hAnsi="Arial" w:cs="Arial"/>
          <w:b/>
          <w:bCs/>
          <w:color w:val="1F3864"/>
          <w:sz w:val="40"/>
          <w:szCs w:val="40"/>
          <w:lang w:val="en-IN" w:eastAsia="en-IN"/>
        </w:rPr>
        <w:t>, Balasore</w:t>
      </w:r>
    </w:p>
    <w:p w14:paraId="08A985E7" w14:textId="77777777" w:rsidR="001D2AF0" w:rsidRDefault="001D2AF0" w:rsidP="004F1AA0">
      <w:pPr>
        <w:widowControl w:val="0"/>
        <w:tabs>
          <w:tab w:val="left" w:pos="564"/>
          <w:tab w:val="center" w:pos="5040"/>
        </w:tabs>
        <w:spacing w:after="0"/>
        <w:jc w:val="center"/>
        <w:rPr>
          <w:rFonts w:ascii="Arial" w:eastAsia="Arial" w:hAnsi="Arial" w:cs="Arial"/>
          <w:b/>
          <w:bCs/>
          <w:color w:val="1F3864"/>
          <w:sz w:val="40"/>
          <w:szCs w:val="40"/>
          <w:lang w:val="en-IN" w:eastAsia="en-IN"/>
        </w:rPr>
      </w:pPr>
    </w:p>
    <w:p w14:paraId="1FEC3593" w14:textId="26F439C2" w:rsidR="00170D4D" w:rsidRPr="000C5BA6" w:rsidRDefault="00170D4D" w:rsidP="000C5BA6">
      <w:pPr>
        <w:widowControl w:val="0"/>
        <w:tabs>
          <w:tab w:val="left" w:pos="564"/>
          <w:tab w:val="center" w:pos="5040"/>
        </w:tabs>
        <w:spacing w:after="0"/>
        <w:jc w:val="center"/>
        <w:rPr>
          <w:rFonts w:ascii="Arial" w:eastAsia="Arial" w:hAnsi="Arial" w:cs="Arial"/>
          <w:b/>
          <w:bCs/>
          <w:color w:val="1F3864"/>
          <w:sz w:val="40"/>
          <w:szCs w:val="40"/>
          <w:lang w:val="en-IN" w:eastAsia="en-IN"/>
        </w:rPr>
      </w:pPr>
      <w:r w:rsidRPr="000C5BA6">
        <w:rPr>
          <w:rFonts w:ascii="Arial" w:eastAsia="Arial" w:hAnsi="Arial" w:cs="Arial"/>
          <w:b/>
          <w:bCs/>
          <w:color w:val="1F3864"/>
          <w:sz w:val="40"/>
          <w:szCs w:val="40"/>
          <w:lang w:val="en-IN" w:eastAsia="en-IN"/>
        </w:rPr>
        <w:t xml:space="preserve">Diversity of Chordates: Protochordates to Mammalia </w:t>
      </w:r>
      <w:r w:rsidRPr="000C5BA6">
        <w:rPr>
          <w:rFonts w:ascii="Arial" w:eastAsia="Arial" w:hAnsi="Arial" w:cs="Arial"/>
          <w:b/>
          <w:bCs/>
          <w:color w:val="1F3864"/>
          <w:sz w:val="48"/>
          <w:szCs w:val="48"/>
          <w:lang w:val="en-IN" w:eastAsia="en-IN"/>
        </w:rPr>
        <w:t>Sample</w:t>
      </w:r>
      <w:r w:rsidRPr="000C5BA6">
        <w:rPr>
          <w:rFonts w:ascii="Arial" w:eastAsia="Arial" w:hAnsi="Arial" w:cs="Arial"/>
          <w:b/>
          <w:bCs/>
          <w:color w:val="1F3864"/>
          <w:sz w:val="44"/>
          <w:szCs w:val="44"/>
          <w:lang w:val="en-IN" w:eastAsia="en-IN"/>
        </w:rPr>
        <w:t xml:space="preserve"> </w:t>
      </w:r>
      <w:r w:rsidRPr="000C5BA6">
        <w:rPr>
          <w:rFonts w:ascii="Arial" w:eastAsia="Arial" w:hAnsi="Arial" w:cs="Arial"/>
          <w:b/>
          <w:bCs/>
          <w:color w:val="1F3864"/>
          <w:sz w:val="48"/>
          <w:szCs w:val="48"/>
          <w:lang w:val="en-IN" w:eastAsia="en-IN"/>
        </w:rPr>
        <w:t xml:space="preserve">Question </w:t>
      </w:r>
      <w:r w:rsidRPr="004F1AA0">
        <w:rPr>
          <w:rFonts w:ascii="Arial" w:eastAsia="Arial" w:hAnsi="Arial" w:cs="Arial"/>
          <w:b/>
          <w:bCs/>
          <w:color w:val="1F3864"/>
          <w:sz w:val="44"/>
          <w:szCs w:val="44"/>
          <w:lang w:val="en-IN" w:eastAsia="en-IN"/>
        </w:rPr>
        <w:t>- 5 Sets</w:t>
      </w:r>
    </w:p>
    <w:p w14:paraId="43D00099" w14:textId="77777777" w:rsidR="00170D4D" w:rsidRDefault="00170D4D" w:rsidP="004F1AA0">
      <w:pPr>
        <w:widowControl w:val="0"/>
        <w:tabs>
          <w:tab w:val="left" w:pos="564"/>
          <w:tab w:val="center" w:pos="5040"/>
        </w:tabs>
        <w:spacing w:after="0"/>
        <w:jc w:val="center"/>
        <w:rPr>
          <w:rFonts w:ascii="Arial" w:eastAsia="Arial" w:hAnsi="Arial" w:cs="Arial"/>
          <w:b/>
          <w:bCs/>
          <w:i/>
          <w:iCs/>
          <w:sz w:val="28"/>
          <w:szCs w:val="28"/>
          <w:lang w:val="en-IN" w:eastAsia="en-IN"/>
        </w:rPr>
      </w:pPr>
      <w:r w:rsidRPr="00A23977">
        <w:rPr>
          <w:rFonts w:ascii="Arial" w:eastAsia="Arial" w:hAnsi="Arial" w:cs="Arial"/>
          <w:b/>
          <w:bCs/>
          <w:i/>
          <w:iCs/>
          <w:sz w:val="28"/>
          <w:szCs w:val="28"/>
          <w:lang w:val="en-IN" w:eastAsia="en-IN"/>
        </w:rPr>
        <w:t>Based on NEP 2020 Syllabus</w:t>
      </w:r>
    </w:p>
    <w:p w14:paraId="56E61EDE" w14:textId="77777777" w:rsidR="005B05C9" w:rsidRDefault="005B05C9" w:rsidP="004F1AA0">
      <w:pPr>
        <w:widowControl w:val="0"/>
        <w:tabs>
          <w:tab w:val="left" w:pos="564"/>
          <w:tab w:val="center" w:pos="5040"/>
        </w:tabs>
        <w:spacing w:after="0"/>
        <w:jc w:val="center"/>
        <w:rPr>
          <w:rFonts w:ascii="Arial" w:eastAsia="Arial" w:hAnsi="Arial" w:cs="Arial"/>
          <w:b/>
          <w:bCs/>
          <w:i/>
          <w:iCs/>
          <w:sz w:val="28"/>
          <w:szCs w:val="28"/>
          <w:lang w:val="en-IN" w:eastAsia="en-IN"/>
        </w:rPr>
      </w:pPr>
    </w:p>
    <w:p w14:paraId="52F46EEB" w14:textId="77777777" w:rsidR="005B05C9" w:rsidRPr="00A23977" w:rsidRDefault="005B05C9" w:rsidP="004F1AA0">
      <w:pPr>
        <w:widowControl w:val="0"/>
        <w:tabs>
          <w:tab w:val="left" w:pos="564"/>
          <w:tab w:val="center" w:pos="5040"/>
        </w:tabs>
        <w:spacing w:after="0"/>
        <w:jc w:val="center"/>
        <w:rPr>
          <w:rFonts w:ascii="Arial" w:eastAsia="Arial" w:hAnsi="Arial" w:cs="Arial"/>
          <w:b/>
          <w:bCs/>
          <w:i/>
          <w:iCs/>
          <w:sz w:val="28"/>
          <w:szCs w:val="28"/>
          <w:lang w:val="en-IN" w:eastAsia="en-IN"/>
        </w:rPr>
      </w:pPr>
    </w:p>
    <w:tbl>
      <w:tblPr>
        <w:tblW w:w="100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1589"/>
        <w:gridCol w:w="3033"/>
        <w:gridCol w:w="2021"/>
        <w:gridCol w:w="1450"/>
        <w:gridCol w:w="1948"/>
      </w:tblGrid>
      <w:tr w:rsidR="00170D4D" w:rsidRPr="0012187A" w14:paraId="0B15D406" w14:textId="77777777" w:rsidTr="001D2AF0">
        <w:trPr>
          <w:trHeight w:val="638"/>
          <w:tblHeader/>
          <w:jc w:val="center"/>
        </w:trPr>
        <w:tc>
          <w:tcPr>
            <w:tcW w:w="1589" w:type="dxa"/>
            <w:shd w:val="clear" w:color="auto" w:fill="E8EAF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DB3D044" w14:textId="77777777" w:rsidR="00170D4D" w:rsidRPr="0070452A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</w:rPr>
            </w:pPr>
            <w:r w:rsidRPr="0070452A">
              <w:rPr>
                <w:b/>
                <w:bCs/>
              </w:rPr>
              <w:t>Section</w:t>
            </w:r>
          </w:p>
        </w:tc>
        <w:tc>
          <w:tcPr>
            <w:tcW w:w="3033" w:type="dxa"/>
            <w:shd w:val="clear" w:color="auto" w:fill="E8EAF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6497CA6" w14:textId="77777777" w:rsidR="00170D4D" w:rsidRPr="0070452A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rPr>
                <w:b/>
                <w:bCs/>
              </w:rPr>
            </w:pPr>
            <w:r w:rsidRPr="0070452A">
              <w:rPr>
                <w:b/>
                <w:bCs/>
              </w:rPr>
              <w:t>Question Type</w:t>
            </w:r>
          </w:p>
        </w:tc>
        <w:tc>
          <w:tcPr>
            <w:tcW w:w="2021" w:type="dxa"/>
            <w:shd w:val="clear" w:color="auto" w:fill="E8EAF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C3FABC5" w14:textId="77777777" w:rsidR="00170D4D" w:rsidRPr="0070452A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b/>
                <w:bCs/>
              </w:rPr>
            </w:pPr>
            <w:r w:rsidRPr="0070452A">
              <w:rPr>
                <w:b/>
                <w:bCs/>
              </w:rPr>
              <w:t>Questions to Answer</w:t>
            </w:r>
          </w:p>
        </w:tc>
        <w:tc>
          <w:tcPr>
            <w:tcW w:w="1448" w:type="dxa"/>
            <w:shd w:val="clear" w:color="auto" w:fill="E8EAF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1AD78A3" w14:textId="77777777" w:rsidR="00170D4D" w:rsidRPr="0070452A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b/>
                <w:bCs/>
              </w:rPr>
            </w:pPr>
            <w:r w:rsidRPr="0070452A">
              <w:rPr>
                <w:b/>
                <w:bCs/>
              </w:rPr>
              <w:t xml:space="preserve">Marks per </w:t>
            </w:r>
            <w:r>
              <w:rPr>
                <w:b/>
                <w:bCs/>
              </w:rPr>
              <w:t>Question</w:t>
            </w:r>
          </w:p>
        </w:tc>
        <w:tc>
          <w:tcPr>
            <w:tcW w:w="1948" w:type="dxa"/>
            <w:shd w:val="clear" w:color="auto" w:fill="E8EAF6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06F9D76A" w14:textId="77777777" w:rsidR="00170D4D" w:rsidRPr="0070452A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after="150"/>
              <w:jc w:val="center"/>
              <w:rPr>
                <w:b/>
                <w:bCs/>
              </w:rPr>
            </w:pPr>
            <w:r w:rsidRPr="0070452A">
              <w:rPr>
                <w:b/>
                <w:bCs/>
              </w:rPr>
              <w:t>Total Marks</w:t>
            </w:r>
          </w:p>
          <w:p w14:paraId="39C9BAF3" w14:textId="77777777" w:rsidR="00170D4D" w:rsidRPr="0070452A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</w:rPr>
            </w:pPr>
            <w:r w:rsidRPr="0070452A">
              <w:rPr>
                <w:b/>
                <w:bCs/>
              </w:rPr>
              <w:t xml:space="preserve"> </w:t>
            </w:r>
          </w:p>
        </w:tc>
      </w:tr>
      <w:tr w:rsidR="00170D4D" w:rsidRPr="0012187A" w14:paraId="2E3E4CDA" w14:textId="77777777" w:rsidTr="001D2AF0">
        <w:trPr>
          <w:trHeight w:val="971"/>
          <w:jc w:val="center"/>
        </w:trPr>
        <w:tc>
          <w:tcPr>
            <w:tcW w:w="158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739231" w14:textId="77777777" w:rsidR="00170D4D" w:rsidRPr="00C3038C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4"/>
                <w:szCs w:val="24"/>
              </w:rPr>
            </w:pPr>
            <w:r w:rsidRPr="00C3038C">
              <w:rPr>
                <w:b/>
                <w:bCs/>
                <w:sz w:val="24"/>
                <w:szCs w:val="24"/>
              </w:rPr>
              <w:t>Section A</w:t>
            </w:r>
          </w:p>
        </w:tc>
        <w:tc>
          <w:tcPr>
            <w:tcW w:w="303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FBC3B7D" w14:textId="77777777" w:rsidR="00170D4D" w:rsidRPr="00C3038C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4"/>
                <w:szCs w:val="24"/>
              </w:rPr>
            </w:pPr>
            <w:r w:rsidRPr="00C3038C">
              <w:rPr>
                <w:sz w:val="24"/>
                <w:szCs w:val="24"/>
              </w:rPr>
              <w:t>Fill in the Blanks / Objective Questions</w:t>
            </w:r>
          </w:p>
        </w:tc>
        <w:tc>
          <w:tcPr>
            <w:tcW w:w="202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3431483" w14:textId="77777777" w:rsidR="00170D4D" w:rsidRPr="00C3038C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4"/>
                <w:szCs w:val="24"/>
              </w:rPr>
            </w:pPr>
            <w:r w:rsidRPr="00C3038C">
              <w:rPr>
                <w:sz w:val="24"/>
                <w:szCs w:val="24"/>
              </w:rPr>
              <w:t>10 (Compulsory)</w:t>
            </w:r>
          </w:p>
        </w:tc>
        <w:tc>
          <w:tcPr>
            <w:tcW w:w="144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76A0DB" w14:textId="77777777" w:rsidR="00170D4D" w:rsidRPr="00C3038C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4"/>
                <w:szCs w:val="24"/>
              </w:rPr>
            </w:pPr>
            <w:r w:rsidRPr="00C3038C">
              <w:rPr>
                <w:sz w:val="24"/>
                <w:szCs w:val="24"/>
              </w:rPr>
              <w:t>1</w:t>
            </w:r>
          </w:p>
        </w:tc>
        <w:tc>
          <w:tcPr>
            <w:tcW w:w="194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505E565" w14:textId="77777777" w:rsidR="00170D4D" w:rsidRPr="00C3038C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4"/>
                <w:szCs w:val="24"/>
              </w:rPr>
            </w:pPr>
            <w:r w:rsidRPr="00C3038C">
              <w:rPr>
                <w:sz w:val="24"/>
                <w:szCs w:val="24"/>
              </w:rPr>
              <w:t>10</w:t>
            </w:r>
          </w:p>
        </w:tc>
      </w:tr>
      <w:tr w:rsidR="00170D4D" w:rsidRPr="0012187A" w14:paraId="346DBB17" w14:textId="77777777" w:rsidTr="001D2AF0">
        <w:trPr>
          <w:trHeight w:val="473"/>
          <w:jc w:val="center"/>
        </w:trPr>
        <w:tc>
          <w:tcPr>
            <w:tcW w:w="1589" w:type="dxa"/>
            <w:shd w:val="clear" w:color="auto" w:fill="F9FBE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171606" w14:textId="77777777" w:rsidR="00170D4D" w:rsidRPr="00C3038C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4"/>
                <w:szCs w:val="24"/>
              </w:rPr>
            </w:pPr>
            <w:r w:rsidRPr="00C3038C">
              <w:rPr>
                <w:b/>
                <w:bCs/>
                <w:sz w:val="24"/>
                <w:szCs w:val="24"/>
              </w:rPr>
              <w:t>Section B</w:t>
            </w:r>
          </w:p>
        </w:tc>
        <w:tc>
          <w:tcPr>
            <w:tcW w:w="3033" w:type="dxa"/>
            <w:shd w:val="clear" w:color="auto" w:fill="F9FBE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B49AF4" w14:textId="77777777" w:rsidR="00170D4D" w:rsidRPr="00C3038C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4"/>
                <w:szCs w:val="24"/>
              </w:rPr>
            </w:pPr>
            <w:r w:rsidRPr="00C3038C">
              <w:rPr>
                <w:sz w:val="24"/>
                <w:szCs w:val="24"/>
              </w:rPr>
              <w:t>Short Notes</w:t>
            </w:r>
          </w:p>
        </w:tc>
        <w:tc>
          <w:tcPr>
            <w:tcW w:w="2021" w:type="dxa"/>
            <w:shd w:val="clear" w:color="auto" w:fill="F9FBE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A95404" w14:textId="77777777" w:rsidR="00170D4D" w:rsidRPr="00C3038C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4"/>
                <w:szCs w:val="24"/>
              </w:rPr>
            </w:pPr>
            <w:r w:rsidRPr="00C3038C">
              <w:rPr>
                <w:sz w:val="24"/>
                <w:szCs w:val="24"/>
              </w:rPr>
              <w:t>9 (Compulsory)</w:t>
            </w:r>
          </w:p>
        </w:tc>
        <w:tc>
          <w:tcPr>
            <w:tcW w:w="1448" w:type="dxa"/>
            <w:shd w:val="clear" w:color="auto" w:fill="F9FBE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D08DAF8" w14:textId="77777777" w:rsidR="00170D4D" w:rsidRPr="00C3038C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4"/>
                <w:szCs w:val="24"/>
              </w:rPr>
            </w:pPr>
            <w:r w:rsidRPr="00C3038C">
              <w:rPr>
                <w:sz w:val="24"/>
                <w:szCs w:val="24"/>
              </w:rPr>
              <w:t>2</w:t>
            </w:r>
          </w:p>
        </w:tc>
        <w:tc>
          <w:tcPr>
            <w:tcW w:w="1948" w:type="dxa"/>
            <w:shd w:val="clear" w:color="auto" w:fill="F9FBE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7C53ACF" w14:textId="77777777" w:rsidR="00170D4D" w:rsidRPr="00C3038C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4"/>
                <w:szCs w:val="24"/>
              </w:rPr>
            </w:pPr>
            <w:r w:rsidRPr="00C3038C">
              <w:rPr>
                <w:sz w:val="24"/>
                <w:szCs w:val="24"/>
              </w:rPr>
              <w:t>18</w:t>
            </w:r>
          </w:p>
        </w:tc>
      </w:tr>
      <w:tr w:rsidR="00170D4D" w:rsidRPr="0012187A" w14:paraId="29899338" w14:textId="77777777" w:rsidTr="001D2AF0">
        <w:trPr>
          <w:trHeight w:val="1213"/>
          <w:jc w:val="center"/>
        </w:trPr>
        <w:tc>
          <w:tcPr>
            <w:tcW w:w="1589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AF3B6B" w14:textId="77777777" w:rsidR="00170D4D" w:rsidRPr="00C3038C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4"/>
                <w:szCs w:val="24"/>
              </w:rPr>
            </w:pPr>
            <w:r w:rsidRPr="00C3038C">
              <w:rPr>
                <w:b/>
                <w:bCs/>
                <w:sz w:val="24"/>
                <w:szCs w:val="24"/>
              </w:rPr>
              <w:t>Section C</w:t>
            </w:r>
          </w:p>
        </w:tc>
        <w:tc>
          <w:tcPr>
            <w:tcW w:w="3033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875E74" w14:textId="77777777" w:rsidR="00170D4D" w:rsidRPr="00C3038C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4"/>
                <w:szCs w:val="24"/>
              </w:rPr>
            </w:pPr>
            <w:r w:rsidRPr="00C3038C">
              <w:rPr>
                <w:sz w:val="24"/>
                <w:szCs w:val="24"/>
              </w:rPr>
              <w:t>Medium-length Analytical / Descriptive Notes</w:t>
            </w:r>
          </w:p>
        </w:tc>
        <w:tc>
          <w:tcPr>
            <w:tcW w:w="2021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3F2EE2" w14:textId="77777777" w:rsidR="00170D4D" w:rsidRPr="00C3038C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4"/>
                <w:szCs w:val="24"/>
              </w:rPr>
            </w:pPr>
            <w:r w:rsidRPr="00C3038C">
              <w:rPr>
                <w:sz w:val="24"/>
                <w:szCs w:val="24"/>
              </w:rPr>
              <w:t>8 (Out of 10)</w:t>
            </w:r>
          </w:p>
        </w:tc>
        <w:tc>
          <w:tcPr>
            <w:tcW w:w="144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F6440F" w14:textId="77777777" w:rsidR="00170D4D" w:rsidRPr="00C3038C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4"/>
                <w:szCs w:val="24"/>
              </w:rPr>
            </w:pPr>
            <w:r w:rsidRPr="00C3038C">
              <w:rPr>
                <w:sz w:val="24"/>
                <w:szCs w:val="24"/>
              </w:rPr>
              <w:t>5</w:t>
            </w:r>
          </w:p>
        </w:tc>
        <w:tc>
          <w:tcPr>
            <w:tcW w:w="1948" w:type="dxa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9DB084" w14:textId="77777777" w:rsidR="00170D4D" w:rsidRPr="00C3038C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4"/>
                <w:szCs w:val="24"/>
              </w:rPr>
            </w:pPr>
            <w:r w:rsidRPr="00C3038C">
              <w:rPr>
                <w:sz w:val="24"/>
                <w:szCs w:val="24"/>
              </w:rPr>
              <w:t>40</w:t>
            </w:r>
          </w:p>
        </w:tc>
      </w:tr>
      <w:tr w:rsidR="00170D4D" w:rsidRPr="0012187A" w14:paraId="13FEE1E6" w14:textId="77777777" w:rsidTr="001D2AF0">
        <w:trPr>
          <w:trHeight w:val="1202"/>
          <w:jc w:val="center"/>
        </w:trPr>
        <w:tc>
          <w:tcPr>
            <w:tcW w:w="1589" w:type="dxa"/>
            <w:shd w:val="clear" w:color="auto" w:fill="F9FBE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DE187F7" w14:textId="77777777" w:rsidR="00170D4D" w:rsidRPr="00C3038C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b/>
                <w:bCs/>
                <w:sz w:val="24"/>
                <w:szCs w:val="24"/>
              </w:rPr>
            </w:pPr>
            <w:r w:rsidRPr="00C3038C">
              <w:rPr>
                <w:b/>
                <w:bCs/>
                <w:sz w:val="24"/>
                <w:szCs w:val="24"/>
              </w:rPr>
              <w:t>Section D</w:t>
            </w:r>
          </w:p>
        </w:tc>
        <w:tc>
          <w:tcPr>
            <w:tcW w:w="3033" w:type="dxa"/>
            <w:shd w:val="clear" w:color="auto" w:fill="F9FBE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29C02E" w14:textId="77777777" w:rsidR="00170D4D" w:rsidRPr="00C3038C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rPr>
                <w:sz w:val="24"/>
                <w:szCs w:val="24"/>
              </w:rPr>
            </w:pPr>
            <w:r w:rsidRPr="00C3038C">
              <w:rPr>
                <w:sz w:val="24"/>
                <w:szCs w:val="24"/>
              </w:rPr>
              <w:t>Long Essay / Illustrated Descriptive Questions</w:t>
            </w:r>
          </w:p>
        </w:tc>
        <w:tc>
          <w:tcPr>
            <w:tcW w:w="2021" w:type="dxa"/>
            <w:shd w:val="clear" w:color="auto" w:fill="F9FBE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CBEA06C" w14:textId="77777777" w:rsidR="00170D4D" w:rsidRPr="00C3038C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4"/>
                <w:szCs w:val="24"/>
              </w:rPr>
            </w:pPr>
            <w:r w:rsidRPr="00C3038C">
              <w:rPr>
                <w:sz w:val="24"/>
                <w:szCs w:val="24"/>
              </w:rPr>
              <w:t>4 (Out of 5)</w:t>
            </w:r>
          </w:p>
        </w:tc>
        <w:tc>
          <w:tcPr>
            <w:tcW w:w="1448" w:type="dxa"/>
            <w:shd w:val="clear" w:color="auto" w:fill="F9FBE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81CFE85" w14:textId="77777777" w:rsidR="00170D4D" w:rsidRPr="00C3038C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4"/>
                <w:szCs w:val="24"/>
              </w:rPr>
            </w:pPr>
            <w:r w:rsidRPr="00C3038C">
              <w:rPr>
                <w:sz w:val="24"/>
                <w:szCs w:val="24"/>
              </w:rPr>
              <w:t>8</w:t>
            </w:r>
          </w:p>
        </w:tc>
        <w:tc>
          <w:tcPr>
            <w:tcW w:w="1948" w:type="dxa"/>
            <w:shd w:val="clear" w:color="auto" w:fill="F9FBE7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B5CD908" w14:textId="77777777" w:rsidR="00170D4D" w:rsidRPr="00C3038C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sz w:val="24"/>
                <w:szCs w:val="24"/>
              </w:rPr>
            </w:pPr>
            <w:r w:rsidRPr="00C3038C">
              <w:rPr>
                <w:sz w:val="24"/>
                <w:szCs w:val="24"/>
              </w:rPr>
              <w:t>32</w:t>
            </w:r>
          </w:p>
        </w:tc>
      </w:tr>
      <w:tr w:rsidR="00170D4D" w:rsidRPr="0012187A" w14:paraId="658A7CBC" w14:textId="77777777" w:rsidTr="001D2AF0">
        <w:trPr>
          <w:trHeight w:val="485"/>
          <w:jc w:val="center"/>
        </w:trPr>
        <w:tc>
          <w:tcPr>
            <w:tcW w:w="8093" w:type="dxa"/>
            <w:gridSpan w:val="4"/>
            <w:shd w:val="clear" w:color="auto" w:fill="E8EAF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42CEDCD" w14:textId="77777777" w:rsidR="00170D4D" w:rsidRPr="0012187A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</w:rPr>
            </w:pPr>
            <w:r w:rsidRPr="0012187A">
              <w:rPr>
                <w:b/>
                <w:bCs/>
              </w:rPr>
              <w:t>Total Marks:</w:t>
            </w:r>
          </w:p>
        </w:tc>
        <w:tc>
          <w:tcPr>
            <w:tcW w:w="1948" w:type="dxa"/>
            <w:shd w:val="clear" w:color="auto" w:fill="E8EAF6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ABA29F" w14:textId="77777777" w:rsidR="00170D4D" w:rsidRPr="0012187A" w:rsidRDefault="00170D4D" w:rsidP="00B816E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/>
              <w:jc w:val="center"/>
              <w:rPr>
                <w:b/>
                <w:bCs/>
              </w:rPr>
            </w:pPr>
            <w:r w:rsidRPr="0012187A">
              <w:rPr>
                <w:b/>
                <w:bCs/>
              </w:rPr>
              <w:t>100</w:t>
            </w:r>
          </w:p>
        </w:tc>
      </w:tr>
    </w:tbl>
    <w:p w14:paraId="4D73E0B9" w14:textId="77777777" w:rsidR="000C5BA6" w:rsidRDefault="000C5BA6">
      <w:pPr>
        <w:jc w:val="center"/>
        <w:rPr>
          <w:i/>
          <w:sz w:val="24"/>
        </w:rPr>
      </w:pPr>
    </w:p>
    <w:p w14:paraId="7CE74EC9" w14:textId="77777777" w:rsidR="000C5BA6" w:rsidRDefault="000C5BA6">
      <w:pPr>
        <w:jc w:val="center"/>
        <w:rPr>
          <w:i/>
          <w:sz w:val="24"/>
        </w:rPr>
      </w:pPr>
    </w:p>
    <w:p w14:paraId="3A6A5F6F" w14:textId="77777777" w:rsidR="00C01551" w:rsidRDefault="00C01551">
      <w:pPr>
        <w:jc w:val="center"/>
        <w:rPr>
          <w:i/>
          <w:sz w:val="24"/>
        </w:rPr>
      </w:pPr>
    </w:p>
    <w:p w14:paraId="2A803449" w14:textId="77777777" w:rsidR="00FF6C9A" w:rsidRPr="00153DF8" w:rsidRDefault="00FF6C9A" w:rsidP="00153DF8">
      <w:pPr>
        <w:pStyle w:val="Heading1"/>
        <w:spacing w:before="375"/>
        <w:ind w:left="1440" w:firstLine="720"/>
        <w:rPr>
          <w:rFonts w:cstheme="majorHAnsi"/>
          <w:sz w:val="40"/>
          <w:szCs w:val="40"/>
        </w:rPr>
      </w:pPr>
      <w:r w:rsidRPr="00153DF8">
        <w:rPr>
          <w:rFonts w:cstheme="majorHAnsi"/>
          <w:sz w:val="40"/>
          <w:szCs w:val="40"/>
        </w:rPr>
        <w:lastRenderedPageBreak/>
        <w:t>SAMPLE QUESTION PAPER - SET 1</w:t>
      </w:r>
    </w:p>
    <w:p w14:paraId="1362958F" w14:textId="77777777" w:rsidR="00FF6C9A" w:rsidRPr="00003F22" w:rsidRDefault="00FF6C9A" w:rsidP="00153DF8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003F22">
        <w:rPr>
          <w:rFonts w:asciiTheme="majorHAnsi" w:hAnsiTheme="majorHAnsi" w:cstheme="majorHAnsi"/>
          <w:b/>
          <w:bCs/>
          <w:sz w:val="28"/>
          <w:szCs w:val="28"/>
        </w:rPr>
        <w:t xml:space="preserve">Semester I </w:t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  <w:t xml:space="preserve">Time: 3 Hours                  </w:t>
      </w:r>
    </w:p>
    <w:p w14:paraId="48105BE7" w14:textId="49BCBF84" w:rsidR="00FF6C9A" w:rsidRPr="00003F22" w:rsidRDefault="00FF6C9A" w:rsidP="00153DF8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003F22">
        <w:rPr>
          <w:rFonts w:asciiTheme="majorHAnsi" w:hAnsiTheme="majorHAnsi" w:cstheme="majorHAnsi"/>
          <w:b/>
          <w:bCs/>
          <w:sz w:val="28"/>
          <w:szCs w:val="28"/>
        </w:rPr>
        <w:t>Core I -Maj ZOO-</w:t>
      </w:r>
      <w:r w:rsidR="00153DF8">
        <w:rPr>
          <w:rFonts w:asciiTheme="majorHAnsi" w:hAnsiTheme="majorHAnsi" w:cstheme="majorHAnsi"/>
          <w:b/>
          <w:bCs/>
          <w:sz w:val="28"/>
          <w:szCs w:val="28"/>
        </w:rPr>
        <w:t>II</w:t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 xml:space="preserve">   </w:t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  <w:t xml:space="preserve"> Full Marks: 100                                             </w:t>
      </w:r>
    </w:p>
    <w:p w14:paraId="511C5806" w14:textId="77777777" w:rsidR="00FF6C9A" w:rsidRDefault="00FF6C9A" w:rsidP="00FF6C9A">
      <w:pPr>
        <w:pStyle w:val="Heading3"/>
        <w:spacing w:before="0"/>
        <w:rPr>
          <w:rFonts w:cstheme="majorHAnsi"/>
          <w:i/>
          <w:iCs/>
        </w:rPr>
      </w:pPr>
    </w:p>
    <w:p w14:paraId="36A2754D" w14:textId="4C1808F4" w:rsidR="00FF6C9A" w:rsidRDefault="00FF6C9A" w:rsidP="00FF6C9A">
      <w:pPr>
        <w:pStyle w:val="Heading3"/>
        <w:spacing w:before="0"/>
        <w:rPr>
          <w:rFonts w:cstheme="majorHAnsi"/>
          <w:i/>
          <w:iCs/>
        </w:rPr>
      </w:pPr>
      <w:r w:rsidRPr="00003F22">
        <w:rPr>
          <w:rFonts w:cstheme="majorHAnsi"/>
          <w:i/>
          <w:iCs/>
        </w:rPr>
        <w:t>Answer all questions. The figures in the right-hand margin indicate marks.</w:t>
      </w:r>
    </w:p>
    <w:p w14:paraId="0435182D" w14:textId="77777777" w:rsidR="006B6DA2" w:rsidRPr="006B6DA2" w:rsidRDefault="006B6DA2" w:rsidP="006B6DA2"/>
    <w:p w14:paraId="4C091EE7" w14:textId="77777777" w:rsidR="006B6DA2" w:rsidRPr="00A748F0" w:rsidRDefault="006B6DA2" w:rsidP="006B6DA2">
      <w:pPr>
        <w:pStyle w:val="Heading3"/>
        <w:spacing w:before="0"/>
        <w:ind w:left="2880" w:firstLine="720"/>
        <w:rPr>
          <w:color w:val="auto"/>
          <w:sz w:val="24"/>
          <w:szCs w:val="24"/>
        </w:rPr>
      </w:pPr>
      <w:r w:rsidRPr="00A748F0">
        <w:rPr>
          <w:color w:val="auto"/>
          <w:sz w:val="24"/>
          <w:szCs w:val="24"/>
        </w:rPr>
        <w:t>SECTION - A</w:t>
      </w:r>
    </w:p>
    <w:p w14:paraId="14F364F4" w14:textId="71353719" w:rsidR="006B6DA2" w:rsidRDefault="006B6DA2" w:rsidP="006B6DA2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12187A">
        <w:rPr>
          <w:b/>
          <w:bCs/>
        </w:rPr>
        <w:t>1. Fill in the blanks: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12187A">
        <w:t xml:space="preserve"> </w:t>
      </w:r>
      <w:r w:rsidRPr="0012187A">
        <w:rPr>
          <w:b/>
          <w:bCs/>
        </w:rPr>
        <w:t>1 × 10 = 10</w:t>
      </w:r>
    </w:p>
    <w:p w14:paraId="7773DFFE" w14:textId="77777777" w:rsidR="006E4424" w:rsidRDefault="00FE3B7B">
      <w:r>
        <w:t>1. Retrogressive metamorphosis occurs in the ______ phylum.</w:t>
      </w:r>
    </w:p>
    <w:p w14:paraId="336514C0" w14:textId="77777777" w:rsidR="006E4424" w:rsidRDefault="00FE3B7B">
      <w:r>
        <w:t>2. Notochord is confined to the proboscis region in the ______ phylum.</w:t>
      </w:r>
    </w:p>
    <w:p w14:paraId="47D9DECB" w14:textId="77777777" w:rsidR="006E4424" w:rsidRDefault="00FE3B7B">
      <w:r>
        <w:t>3. The connecting link between reptiles and birds is ______.</w:t>
      </w:r>
    </w:p>
    <w:p w14:paraId="0C44F1CF" w14:textId="77777777" w:rsidR="006E4424" w:rsidRDefault="00FE3B7B">
      <w:r>
        <w:t>4. Limbless amphibians belong to the order ______.</w:t>
      </w:r>
    </w:p>
    <w:p w14:paraId="4BFD406E" w14:textId="77777777" w:rsidR="006E4424" w:rsidRDefault="00FE3B7B">
      <w:r>
        <w:t>5. Migration of fishes from salt water to fresh water is known as ______ migration.</w:t>
      </w:r>
    </w:p>
    <w:p w14:paraId="4D9D9892" w14:textId="77777777" w:rsidR="006E4424" w:rsidRDefault="00FE3B7B">
      <w:r>
        <w:t>6. The Dipleurula ______ is a conceptual model based on the shared features of echinoderm larvae.</w:t>
      </w:r>
    </w:p>
    <w:p w14:paraId="31F3065C" w14:textId="77777777" w:rsidR="006E4424" w:rsidRDefault="00FE3B7B">
      <w:r>
        <w:t>7. The poison glands in snakes are modified ______ labial glands.</w:t>
      </w:r>
    </w:p>
    <w:p w14:paraId="5347D1C9" w14:textId="77777777" w:rsidR="006E4424" w:rsidRDefault="00FE3B7B">
      <w:r>
        <w:t>8. The type of locomotion in mammals in which only the tips of toes touch the ground is called ______ locomotion.</w:t>
      </w:r>
    </w:p>
    <w:p w14:paraId="0547E81C" w14:textId="77777777" w:rsidR="006E4424" w:rsidRDefault="00FE3B7B">
      <w:r>
        <w:t>9. Birds that disperse to short or long distances for safety and food are called ______ birds.</w:t>
      </w:r>
    </w:p>
    <w:p w14:paraId="32A036B7" w14:textId="77777777" w:rsidR="006E4424" w:rsidRDefault="00FE3B7B">
      <w:r>
        <w:t>10. Dipnoi are commonly known as ______ fishes.</w:t>
      </w:r>
    </w:p>
    <w:p w14:paraId="18DD52AC" w14:textId="5C45EA38" w:rsidR="003F5E24" w:rsidRPr="00A748F0" w:rsidRDefault="00A748F0" w:rsidP="003F5E24">
      <w:pPr>
        <w:pStyle w:val="Heading3"/>
        <w:ind w:left="2880" w:firstLine="720"/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 </w:t>
      </w:r>
      <w:r w:rsidR="003F5E24" w:rsidRPr="00A748F0">
        <w:rPr>
          <w:color w:val="auto"/>
          <w:sz w:val="24"/>
          <w:szCs w:val="24"/>
        </w:rPr>
        <w:t>SECTION - B</w:t>
      </w:r>
    </w:p>
    <w:p w14:paraId="4B0EB366" w14:textId="372FCEB1" w:rsidR="003F5E24" w:rsidRPr="0012187A" w:rsidRDefault="003F5E24" w:rsidP="003F5E24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12187A">
        <w:rPr>
          <w:b/>
          <w:bCs/>
        </w:rPr>
        <w:t>2. Write short notes on the following:</w:t>
      </w:r>
      <w:r w:rsidRPr="0012187A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2187A">
        <w:rPr>
          <w:b/>
          <w:bCs/>
        </w:rPr>
        <w:t>2 × 9 = 18</w:t>
      </w:r>
    </w:p>
    <w:p w14:paraId="436DFEFB" w14:textId="77777777" w:rsidR="006E4424" w:rsidRDefault="00FE3B7B">
      <w:r>
        <w:t>1. List the three fundamental characters of Chordates.</w:t>
      </w:r>
    </w:p>
    <w:p w14:paraId="6DDBB860" w14:textId="77777777" w:rsidR="006E4424" w:rsidRDefault="00FE3B7B">
      <w:r>
        <w:t>2. What are protochordates?</w:t>
      </w:r>
    </w:p>
    <w:p w14:paraId="213D28DF" w14:textId="77777777" w:rsidR="006E4424" w:rsidRDefault="00FE3B7B">
      <w:r>
        <w:t>3. What is catadromous migration in fishes?</w:t>
      </w:r>
    </w:p>
    <w:p w14:paraId="4255BF5D" w14:textId="77777777" w:rsidR="006E4424" w:rsidRDefault="00FE3B7B">
      <w:r>
        <w:t>4. What are accessory respiratory organs of fishes?</w:t>
      </w:r>
    </w:p>
    <w:p w14:paraId="6E9B3025" w14:textId="77777777" w:rsidR="006E4424" w:rsidRDefault="00FE3B7B">
      <w:r>
        <w:t>5. State the characters in which Sphenodon differs from other reptiles.</w:t>
      </w:r>
    </w:p>
    <w:p w14:paraId="5292E1B8" w14:textId="77777777" w:rsidR="006E4424" w:rsidRDefault="00FE3B7B">
      <w:r>
        <w:t>6. What is the poison apparatus in snakes?</w:t>
      </w:r>
    </w:p>
    <w:p w14:paraId="67EA276F" w14:textId="77777777" w:rsidR="006E4424" w:rsidRDefault="00FE3B7B">
      <w:r>
        <w:t>7. Describe adaptive radiation briefly.</w:t>
      </w:r>
    </w:p>
    <w:p w14:paraId="1CF7B421" w14:textId="77777777" w:rsidR="006E4424" w:rsidRDefault="00FE3B7B">
      <w:r>
        <w:t>8. What is the wheel organ?</w:t>
      </w:r>
    </w:p>
    <w:p w14:paraId="65C6118E" w14:textId="77777777" w:rsidR="006E4424" w:rsidRDefault="00FE3B7B">
      <w:r>
        <w:t>9. Write a short note on Monotremata.</w:t>
      </w:r>
    </w:p>
    <w:p w14:paraId="3F4041EC" w14:textId="77777777" w:rsidR="004F24FE" w:rsidRPr="00A748F0" w:rsidRDefault="004F24FE" w:rsidP="00A748F0">
      <w:pPr>
        <w:pStyle w:val="Heading3"/>
        <w:ind w:left="3600" w:firstLine="720"/>
        <w:rPr>
          <w:color w:val="auto"/>
          <w:sz w:val="24"/>
          <w:szCs w:val="24"/>
        </w:rPr>
      </w:pPr>
      <w:r w:rsidRPr="00A748F0">
        <w:rPr>
          <w:color w:val="auto"/>
          <w:sz w:val="24"/>
          <w:szCs w:val="24"/>
        </w:rPr>
        <w:lastRenderedPageBreak/>
        <w:t>SECTION - C</w:t>
      </w:r>
    </w:p>
    <w:p w14:paraId="1F2DDA32" w14:textId="77777777" w:rsidR="004F24FE" w:rsidRDefault="004F24FE" w:rsidP="004F24FE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12187A">
        <w:rPr>
          <w:b/>
          <w:bCs/>
        </w:rPr>
        <w:t>3. Write notes on any eight of the following: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12187A">
        <w:t xml:space="preserve"> </w:t>
      </w:r>
      <w:r w:rsidRPr="0012187A">
        <w:rPr>
          <w:b/>
          <w:bCs/>
        </w:rPr>
        <w:t>5 × 8 = 40</w:t>
      </w:r>
    </w:p>
    <w:p w14:paraId="5BCC827F" w14:textId="77777777" w:rsidR="006E4424" w:rsidRDefault="00FE3B7B">
      <w:r>
        <w:t>Answer any eight of the following:</w:t>
      </w:r>
    </w:p>
    <w:p w14:paraId="4FB738E6" w14:textId="77777777" w:rsidR="006E4424" w:rsidRDefault="00FE3B7B">
      <w:r>
        <w:t>1. Dipleurula concept.</w:t>
      </w:r>
    </w:p>
    <w:p w14:paraId="430EA593" w14:textId="77777777" w:rsidR="006E4424" w:rsidRDefault="00FE3B7B">
      <w:r>
        <w:t>2. Urochordata.</w:t>
      </w:r>
    </w:p>
    <w:p w14:paraId="23F2BFF6" w14:textId="77777777" w:rsidR="006E4424" w:rsidRDefault="00FE3B7B">
      <w:r>
        <w:t>3. Parental care in fishes.</w:t>
      </w:r>
    </w:p>
    <w:p w14:paraId="32BB05C0" w14:textId="77777777" w:rsidR="006E4424" w:rsidRDefault="00FE3B7B">
      <w:r>
        <w:t>4. General characters of Pisces.</w:t>
      </w:r>
    </w:p>
    <w:p w14:paraId="4BD8783B" w14:textId="77777777" w:rsidR="006E4424" w:rsidRDefault="00FE3B7B">
      <w:r>
        <w:t>5. Affinities of Sphenodon.</w:t>
      </w:r>
    </w:p>
    <w:p w14:paraId="4A895556" w14:textId="77777777" w:rsidR="006E4424" w:rsidRDefault="00FE3B7B">
      <w:r>
        <w:t>6. Continental drift theory.</w:t>
      </w:r>
    </w:p>
    <w:p w14:paraId="119B9F49" w14:textId="77777777" w:rsidR="006E4424" w:rsidRDefault="00FE3B7B">
      <w:r>
        <w:t>7. Archaeopteryx.</w:t>
      </w:r>
    </w:p>
    <w:p w14:paraId="1A3A5B3C" w14:textId="77777777" w:rsidR="006E4424" w:rsidRDefault="00FE3B7B">
      <w:r>
        <w:t>8. Order Urodela.</w:t>
      </w:r>
    </w:p>
    <w:p w14:paraId="4BCACA9D" w14:textId="77777777" w:rsidR="006E4424" w:rsidRDefault="00FE3B7B">
      <w:r>
        <w:t>9. Monotremes.</w:t>
      </w:r>
    </w:p>
    <w:p w14:paraId="3DCBBD41" w14:textId="77777777" w:rsidR="006E4424" w:rsidRDefault="00FE3B7B">
      <w:r>
        <w:t>10. Migratory birds.</w:t>
      </w:r>
    </w:p>
    <w:p w14:paraId="14112966" w14:textId="77777777" w:rsidR="005B05C9" w:rsidRPr="00A748F0" w:rsidRDefault="005B05C9" w:rsidP="005B05C9">
      <w:pPr>
        <w:pStyle w:val="Heading3"/>
        <w:ind w:left="2880" w:firstLine="720"/>
        <w:rPr>
          <w:color w:val="auto"/>
          <w:sz w:val="24"/>
          <w:szCs w:val="24"/>
        </w:rPr>
      </w:pPr>
      <w:r w:rsidRPr="00A748F0">
        <w:rPr>
          <w:color w:val="auto"/>
          <w:sz w:val="24"/>
          <w:szCs w:val="24"/>
        </w:rPr>
        <w:t>SECTION - D</w:t>
      </w:r>
    </w:p>
    <w:p w14:paraId="716DD923" w14:textId="77777777" w:rsidR="005B05C9" w:rsidRDefault="005B05C9" w:rsidP="005B05C9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12187A">
        <w:rPr>
          <w:b/>
          <w:bCs/>
        </w:rPr>
        <w:t>4. Answer any four of the following:</w:t>
      </w:r>
      <w:r w:rsidRPr="0012187A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12187A">
        <w:rPr>
          <w:b/>
          <w:bCs/>
        </w:rPr>
        <w:t>8 × 4 = 32</w:t>
      </w:r>
    </w:p>
    <w:p w14:paraId="402EE8F3" w14:textId="77777777" w:rsidR="006E4424" w:rsidRDefault="00FE3B7B">
      <w:r>
        <w:t>Answer any four of the following:</w:t>
      </w:r>
    </w:p>
    <w:p w14:paraId="62AB8AC4" w14:textId="77777777" w:rsidR="006E4424" w:rsidRDefault="00FE3B7B">
      <w:r>
        <w:t>1. Describe retrogressive metamorphosis in Urochordata in detail.</w:t>
      </w:r>
    </w:p>
    <w:p w14:paraId="69F76EE5" w14:textId="77777777" w:rsidR="006E4424" w:rsidRDefault="00FE3B7B">
      <w:r>
        <w:t>2. Describe the general characters of reptiles and classify them up to orders with suitable examples.</w:t>
      </w:r>
    </w:p>
    <w:p w14:paraId="54664465" w14:textId="77777777" w:rsidR="006E4424" w:rsidRDefault="00FE3B7B">
      <w:r>
        <w:t>3. Write an account of flight adaptations in birds.</w:t>
      </w:r>
    </w:p>
    <w:p w14:paraId="725AC489" w14:textId="77777777" w:rsidR="006E4424" w:rsidRDefault="00FE3B7B">
      <w:r>
        <w:t>4. Describe the different accessory respiratory organs in fishes and their significance.</w:t>
      </w:r>
    </w:p>
    <w:p w14:paraId="1F32A08D" w14:textId="77777777" w:rsidR="006E4424" w:rsidRDefault="00FE3B7B">
      <w:r>
        <w:t>5. Discuss adaptive radiation in mammals with reference to locomotory appendages.</w:t>
      </w:r>
    </w:p>
    <w:p w14:paraId="74460089" w14:textId="77777777" w:rsidR="006E4424" w:rsidRDefault="00FE3B7B">
      <w:r>
        <w:br w:type="page"/>
      </w:r>
    </w:p>
    <w:p w14:paraId="4B7C2580" w14:textId="0D4A3E6A" w:rsidR="00153DF8" w:rsidRPr="00153DF8" w:rsidRDefault="00153DF8" w:rsidP="00153DF8">
      <w:pPr>
        <w:pStyle w:val="Heading1"/>
        <w:spacing w:before="375"/>
        <w:ind w:left="1440" w:firstLine="720"/>
        <w:rPr>
          <w:rFonts w:cstheme="majorHAnsi"/>
          <w:sz w:val="40"/>
          <w:szCs w:val="40"/>
        </w:rPr>
      </w:pPr>
      <w:r w:rsidRPr="00153DF8">
        <w:rPr>
          <w:rFonts w:cstheme="majorHAnsi"/>
          <w:sz w:val="40"/>
          <w:szCs w:val="40"/>
        </w:rPr>
        <w:lastRenderedPageBreak/>
        <w:t xml:space="preserve">SAMPLE QUESTION PAPER - SET </w:t>
      </w:r>
      <w:r>
        <w:rPr>
          <w:rFonts w:cstheme="majorHAnsi"/>
          <w:sz w:val="40"/>
          <w:szCs w:val="40"/>
        </w:rPr>
        <w:t>2</w:t>
      </w:r>
    </w:p>
    <w:p w14:paraId="74B77C42" w14:textId="77777777" w:rsidR="00153DF8" w:rsidRPr="00003F22" w:rsidRDefault="00153DF8" w:rsidP="00153DF8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003F22">
        <w:rPr>
          <w:rFonts w:asciiTheme="majorHAnsi" w:hAnsiTheme="majorHAnsi" w:cstheme="majorHAnsi"/>
          <w:b/>
          <w:bCs/>
          <w:sz w:val="28"/>
          <w:szCs w:val="28"/>
        </w:rPr>
        <w:t xml:space="preserve">Semester I </w:t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  <w:t xml:space="preserve">Time: 3 Hours                  </w:t>
      </w:r>
    </w:p>
    <w:p w14:paraId="3E26EB3C" w14:textId="77777777" w:rsidR="00153DF8" w:rsidRPr="00003F22" w:rsidRDefault="00153DF8" w:rsidP="00153DF8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003F22">
        <w:rPr>
          <w:rFonts w:asciiTheme="majorHAnsi" w:hAnsiTheme="majorHAnsi" w:cstheme="majorHAnsi"/>
          <w:b/>
          <w:bCs/>
          <w:sz w:val="28"/>
          <w:szCs w:val="28"/>
        </w:rPr>
        <w:t>Core I -Maj ZOO-</w:t>
      </w:r>
      <w:r>
        <w:rPr>
          <w:rFonts w:asciiTheme="majorHAnsi" w:hAnsiTheme="majorHAnsi" w:cstheme="majorHAnsi"/>
          <w:b/>
          <w:bCs/>
          <w:sz w:val="28"/>
          <w:szCs w:val="28"/>
        </w:rPr>
        <w:t>II</w:t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 xml:space="preserve">   </w:t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  <w:t xml:space="preserve"> Full Marks: 100                                             </w:t>
      </w:r>
    </w:p>
    <w:p w14:paraId="089B7627" w14:textId="77777777" w:rsidR="00153DF8" w:rsidRPr="006B6DA2" w:rsidRDefault="00153DF8" w:rsidP="00153DF8"/>
    <w:p w14:paraId="4F106F6A" w14:textId="77777777" w:rsidR="00153DF8" w:rsidRPr="00A748F0" w:rsidRDefault="00153DF8" w:rsidP="00A748F0">
      <w:pPr>
        <w:pStyle w:val="Heading3"/>
        <w:spacing w:before="0"/>
        <w:ind w:left="3600" w:firstLine="720"/>
        <w:rPr>
          <w:color w:val="auto"/>
          <w:sz w:val="24"/>
          <w:szCs w:val="24"/>
        </w:rPr>
      </w:pPr>
      <w:r w:rsidRPr="00A748F0">
        <w:rPr>
          <w:color w:val="auto"/>
          <w:sz w:val="24"/>
          <w:szCs w:val="24"/>
        </w:rPr>
        <w:t>SECTION - A</w:t>
      </w:r>
    </w:p>
    <w:p w14:paraId="448F1228" w14:textId="77777777" w:rsidR="00153DF8" w:rsidRDefault="00153DF8" w:rsidP="00153DF8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12187A">
        <w:rPr>
          <w:b/>
          <w:bCs/>
        </w:rPr>
        <w:t>1. Fill in the blanks: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12187A">
        <w:t xml:space="preserve"> </w:t>
      </w:r>
      <w:r w:rsidRPr="0012187A">
        <w:rPr>
          <w:b/>
          <w:bCs/>
        </w:rPr>
        <w:t>1 × 10 = 10</w:t>
      </w:r>
    </w:p>
    <w:p w14:paraId="5F595B22" w14:textId="77777777" w:rsidR="006E4424" w:rsidRDefault="00FE3B7B">
      <w:r>
        <w:t>1. The body of Ascidians is covered by a tunic or test made of a cellulose-like polysaccharide called ______.</w:t>
      </w:r>
    </w:p>
    <w:p w14:paraId="020A0624" w14:textId="77777777" w:rsidR="006E4424" w:rsidRDefault="00FE3B7B">
      <w:r>
        <w:t>2. The ______ larva is a conceptual model based on shared features of echinoderm larvae.</w:t>
      </w:r>
    </w:p>
    <w:p w14:paraId="559A3DF0" w14:textId="77777777" w:rsidR="006E4424" w:rsidRDefault="00FE3B7B">
      <w:r>
        <w:t>3. The buccal funnel in ______ shows horny teeth.</w:t>
      </w:r>
    </w:p>
    <w:p w14:paraId="1946F623" w14:textId="77777777" w:rsidR="006E4424" w:rsidRDefault="00FE3B7B">
      <w:r>
        <w:t>4. The swim bladder in bony fishes is a gas-like outgrowth arising from the dorsal wall of the ______.</w:t>
      </w:r>
    </w:p>
    <w:p w14:paraId="525D4DF1" w14:textId="77777777" w:rsidR="006E4424" w:rsidRDefault="00FE3B7B">
      <w:r>
        <w:t>5. The order ______ of class Amphibia contains animals whose eyes are covered by skin and are commonly called blind worms.</w:t>
      </w:r>
    </w:p>
    <w:p w14:paraId="6083FD5A" w14:textId="77777777" w:rsidR="006E4424" w:rsidRDefault="00FE3B7B">
      <w:r>
        <w:t>6. Animals with a box-like exoskeleton are assumed to be direct descendants of primitive ______.</w:t>
      </w:r>
    </w:p>
    <w:p w14:paraId="429B47A0" w14:textId="77777777" w:rsidR="006E4424" w:rsidRDefault="00FE3B7B">
      <w:r>
        <w:t>7. The poison glands in snakes are modified ______ labial glands.</w:t>
      </w:r>
    </w:p>
    <w:p w14:paraId="5A17AE79" w14:textId="77777777" w:rsidR="006E4424" w:rsidRDefault="00FE3B7B">
      <w:r>
        <w:t>8. When some birds disperse to a short or long distance for safety and food, it is called ______.</w:t>
      </w:r>
    </w:p>
    <w:p w14:paraId="598D40A1" w14:textId="77777777" w:rsidR="006E4424" w:rsidRDefault="00FE3B7B">
      <w:r>
        <w:t>9. In ______ locomotion only the tips of toes touch the ground.</w:t>
      </w:r>
    </w:p>
    <w:p w14:paraId="1AF5572D" w14:textId="77777777" w:rsidR="006E4424" w:rsidRDefault="00FE3B7B">
      <w:r>
        <w:t>10. In 1939, ______ postulated a climate-and-evolution theory pertaining to distribution of animals.</w:t>
      </w:r>
    </w:p>
    <w:p w14:paraId="3EDDD87B" w14:textId="77777777" w:rsidR="00A748F0" w:rsidRPr="00A748F0" w:rsidRDefault="00A748F0" w:rsidP="00A748F0">
      <w:pPr>
        <w:pStyle w:val="Heading3"/>
        <w:ind w:left="3600" w:firstLine="720"/>
        <w:rPr>
          <w:color w:val="auto"/>
          <w:sz w:val="24"/>
          <w:szCs w:val="24"/>
        </w:rPr>
      </w:pPr>
      <w:r w:rsidRPr="00A748F0">
        <w:rPr>
          <w:color w:val="auto"/>
          <w:sz w:val="24"/>
          <w:szCs w:val="24"/>
        </w:rPr>
        <w:t>SECTION - B</w:t>
      </w:r>
    </w:p>
    <w:p w14:paraId="5FC6AA6B" w14:textId="77777777" w:rsidR="00A748F0" w:rsidRPr="0012187A" w:rsidRDefault="00A748F0" w:rsidP="00A748F0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12187A">
        <w:rPr>
          <w:b/>
          <w:bCs/>
        </w:rPr>
        <w:t>2. Write short notes on the following:</w:t>
      </w:r>
      <w:r w:rsidRPr="0012187A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2187A">
        <w:rPr>
          <w:b/>
          <w:bCs/>
        </w:rPr>
        <w:t>2 × 9 = 18</w:t>
      </w:r>
    </w:p>
    <w:p w14:paraId="0D009CBC" w14:textId="77777777" w:rsidR="006E4424" w:rsidRDefault="00FE3B7B">
      <w:r>
        <w:t>1. State the features of Cephalochordata.</w:t>
      </w:r>
    </w:p>
    <w:p w14:paraId="6B899D4E" w14:textId="77777777" w:rsidR="006E4424" w:rsidRDefault="00FE3B7B">
      <w:r>
        <w:t>2. Explain the Echinoderm theory of origin of Chordates.</w:t>
      </w:r>
    </w:p>
    <w:p w14:paraId="19649E58" w14:textId="77777777" w:rsidR="006E4424" w:rsidRDefault="00FE3B7B">
      <w:r>
        <w:t>3. Write the general characteristics of Agnatha.</w:t>
      </w:r>
    </w:p>
    <w:p w14:paraId="441B43C0" w14:textId="77777777" w:rsidR="006E4424" w:rsidRDefault="00FE3B7B">
      <w:r>
        <w:t>4. Explain nest building as a mode of parental care in fishes.</w:t>
      </w:r>
    </w:p>
    <w:p w14:paraId="6502F5EA" w14:textId="77777777" w:rsidR="006E4424" w:rsidRDefault="00FE3B7B">
      <w:r>
        <w:t>5. State the evolutionary significance of Dipnoi.</w:t>
      </w:r>
    </w:p>
    <w:p w14:paraId="3DA0F1B1" w14:textId="77777777" w:rsidR="006E4424" w:rsidRDefault="00FE3B7B">
      <w:r>
        <w:t>6. Write the general characteristics of reptiles.</w:t>
      </w:r>
    </w:p>
    <w:p w14:paraId="6264EB6A" w14:textId="77777777" w:rsidR="006E4424" w:rsidRDefault="00FE3B7B">
      <w:r>
        <w:t>7. Justify Archaeopteryx as a connecting link.</w:t>
      </w:r>
    </w:p>
    <w:p w14:paraId="54A832B9" w14:textId="77777777" w:rsidR="006E4424" w:rsidRDefault="00FE3B7B">
      <w:r>
        <w:t>8. Explain plantigrade locomotion with a suitable example.</w:t>
      </w:r>
    </w:p>
    <w:p w14:paraId="53AECEA7" w14:textId="77777777" w:rsidR="006E4424" w:rsidRDefault="00FE3B7B">
      <w:r>
        <w:t>9. What is plate tectonics? State its causes.</w:t>
      </w:r>
    </w:p>
    <w:p w14:paraId="2114CDC9" w14:textId="77777777" w:rsidR="00A748F0" w:rsidRDefault="00A748F0"/>
    <w:p w14:paraId="17B0296E" w14:textId="77777777" w:rsidR="00A748F0" w:rsidRPr="00A748F0" w:rsidRDefault="00A748F0" w:rsidP="00A748F0">
      <w:pPr>
        <w:pStyle w:val="Heading3"/>
        <w:ind w:left="3600" w:firstLine="720"/>
        <w:rPr>
          <w:color w:val="auto"/>
          <w:sz w:val="24"/>
          <w:szCs w:val="24"/>
        </w:rPr>
      </w:pPr>
      <w:r w:rsidRPr="00A748F0">
        <w:rPr>
          <w:color w:val="auto"/>
          <w:sz w:val="24"/>
          <w:szCs w:val="24"/>
        </w:rPr>
        <w:lastRenderedPageBreak/>
        <w:t>SECTION - C</w:t>
      </w:r>
    </w:p>
    <w:p w14:paraId="5C3216D5" w14:textId="77777777" w:rsidR="00A748F0" w:rsidRDefault="00A748F0" w:rsidP="00A748F0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12187A">
        <w:rPr>
          <w:b/>
          <w:bCs/>
        </w:rPr>
        <w:t>3. Write notes on any eight of the following: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12187A">
        <w:t xml:space="preserve"> </w:t>
      </w:r>
      <w:r w:rsidRPr="0012187A">
        <w:rPr>
          <w:b/>
          <w:bCs/>
        </w:rPr>
        <w:t>5 × 8 = 40</w:t>
      </w:r>
    </w:p>
    <w:p w14:paraId="08A2DA3A" w14:textId="77777777" w:rsidR="00A748F0" w:rsidRDefault="00A748F0" w:rsidP="00A748F0">
      <w:r>
        <w:t>Answer any eight of the following:</w:t>
      </w:r>
    </w:p>
    <w:p w14:paraId="0E300B9B" w14:textId="77777777" w:rsidR="006E4424" w:rsidRDefault="00FE3B7B">
      <w:r>
        <w:t>Answer any eight of the following:</w:t>
      </w:r>
    </w:p>
    <w:p w14:paraId="6439EC7C" w14:textId="77777777" w:rsidR="006E4424" w:rsidRDefault="00FE3B7B">
      <w:r>
        <w:t>1. Outline classification of Chordata.</w:t>
      </w:r>
    </w:p>
    <w:p w14:paraId="1D322D36" w14:textId="77777777" w:rsidR="006E4424" w:rsidRDefault="00FE3B7B">
      <w:r>
        <w:t>2. Retrogressive metamorphosis in Urochordata.</w:t>
      </w:r>
    </w:p>
    <w:p w14:paraId="28FD3421" w14:textId="77777777" w:rsidR="006E4424" w:rsidRDefault="00FE3B7B">
      <w:r>
        <w:t>3. Classification of Chondrichthyes up to order.</w:t>
      </w:r>
    </w:p>
    <w:p w14:paraId="14C5A2B8" w14:textId="77777777" w:rsidR="006E4424" w:rsidRDefault="00FE3B7B">
      <w:r>
        <w:t>4. Arborescent organ and labyrinthine organ in fishes.</w:t>
      </w:r>
    </w:p>
    <w:p w14:paraId="7D002051" w14:textId="77777777" w:rsidR="006E4424" w:rsidRDefault="00FE3B7B">
      <w:r>
        <w:t>5. Origin of Tetrapoda.</w:t>
      </w:r>
    </w:p>
    <w:p w14:paraId="08E4BB77" w14:textId="77777777" w:rsidR="006E4424" w:rsidRDefault="00FE3B7B">
      <w:r>
        <w:t>6. Affinities of Sphenodon.</w:t>
      </w:r>
    </w:p>
    <w:p w14:paraId="49F87768" w14:textId="77777777" w:rsidR="006E4424" w:rsidRDefault="00FE3B7B">
      <w:r>
        <w:t>7. Classification of Aves up to order.</w:t>
      </w:r>
    </w:p>
    <w:p w14:paraId="5C09ACF1" w14:textId="77777777" w:rsidR="006E4424" w:rsidRDefault="00FE3B7B">
      <w:r>
        <w:t>8. General characters of Mammals.</w:t>
      </w:r>
    </w:p>
    <w:p w14:paraId="7A3C836C" w14:textId="77777777" w:rsidR="006E4424" w:rsidRDefault="00FE3B7B">
      <w:r>
        <w:t>9. Zoogeographical realms.</w:t>
      </w:r>
    </w:p>
    <w:p w14:paraId="7E8AB952" w14:textId="77777777" w:rsidR="006E4424" w:rsidRDefault="00FE3B7B">
      <w:r>
        <w:t>10. Anatomical flight adaptations in birds.</w:t>
      </w:r>
    </w:p>
    <w:p w14:paraId="29189FCB" w14:textId="77777777" w:rsidR="00A748F0" w:rsidRPr="00A748F0" w:rsidRDefault="00A748F0" w:rsidP="00A748F0">
      <w:pPr>
        <w:pStyle w:val="Heading3"/>
        <w:ind w:left="2880" w:firstLine="720"/>
        <w:rPr>
          <w:color w:val="auto"/>
          <w:sz w:val="24"/>
          <w:szCs w:val="24"/>
        </w:rPr>
      </w:pPr>
      <w:r w:rsidRPr="00A748F0">
        <w:rPr>
          <w:color w:val="auto"/>
          <w:sz w:val="24"/>
          <w:szCs w:val="24"/>
        </w:rPr>
        <w:t>SECTION - D</w:t>
      </w:r>
    </w:p>
    <w:p w14:paraId="30B6E7C5" w14:textId="77777777" w:rsidR="00A748F0" w:rsidRDefault="00A748F0" w:rsidP="00A748F0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12187A">
        <w:rPr>
          <w:b/>
          <w:bCs/>
        </w:rPr>
        <w:t>4. Answer any four of the following:</w:t>
      </w:r>
      <w:r w:rsidRPr="0012187A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12187A">
        <w:rPr>
          <w:b/>
          <w:bCs/>
        </w:rPr>
        <w:t>8 × 4 = 32</w:t>
      </w:r>
    </w:p>
    <w:p w14:paraId="00B8A806" w14:textId="77777777" w:rsidR="006E4424" w:rsidRDefault="00FE3B7B">
      <w:r>
        <w:t>Answer any four of the following:</w:t>
      </w:r>
    </w:p>
    <w:p w14:paraId="4712A82D" w14:textId="77777777" w:rsidR="006E4424" w:rsidRDefault="00FE3B7B">
      <w:r>
        <w:t>1. Give an account of the larval forms in protochordates.</w:t>
      </w:r>
    </w:p>
    <w:p w14:paraId="31CA9074" w14:textId="77777777" w:rsidR="006E4424" w:rsidRDefault="00FE3B7B">
      <w:r>
        <w:t>2. Give an illustrated account of migration in fishes.</w:t>
      </w:r>
    </w:p>
    <w:p w14:paraId="431489BB" w14:textId="77777777" w:rsidR="006E4424" w:rsidRDefault="00FE3B7B">
      <w:r>
        <w:t>3. Write an essay on parental care in Amphibia.</w:t>
      </w:r>
    </w:p>
    <w:p w14:paraId="05F4B1BD" w14:textId="77777777" w:rsidR="006E4424" w:rsidRDefault="00FE3B7B">
      <w:r>
        <w:t>4. Describe the poison apparatus and biting mechanism in snakes.</w:t>
      </w:r>
    </w:p>
    <w:p w14:paraId="17535B3B" w14:textId="77777777" w:rsidR="006E4424" w:rsidRDefault="00FE3B7B">
      <w:r>
        <w:t>5. Give an account of the affinities of Prototheria.</w:t>
      </w:r>
    </w:p>
    <w:p w14:paraId="73DFA96B" w14:textId="77777777" w:rsidR="006E4424" w:rsidRDefault="00FE3B7B">
      <w:r>
        <w:br w:type="page"/>
      </w:r>
    </w:p>
    <w:p w14:paraId="7E79DE8B" w14:textId="52B70FEC" w:rsidR="00153DF8" w:rsidRPr="00153DF8" w:rsidRDefault="00153DF8" w:rsidP="00153DF8">
      <w:pPr>
        <w:pStyle w:val="Heading1"/>
        <w:spacing w:before="375"/>
        <w:ind w:left="1440" w:firstLine="720"/>
        <w:rPr>
          <w:rFonts w:cstheme="majorHAnsi"/>
          <w:sz w:val="40"/>
          <w:szCs w:val="40"/>
        </w:rPr>
      </w:pPr>
      <w:r w:rsidRPr="00153DF8">
        <w:rPr>
          <w:rFonts w:cstheme="majorHAnsi"/>
          <w:sz w:val="40"/>
          <w:szCs w:val="40"/>
        </w:rPr>
        <w:lastRenderedPageBreak/>
        <w:t xml:space="preserve">SAMPLE QUESTION PAPER - SET </w:t>
      </w:r>
      <w:r>
        <w:rPr>
          <w:rFonts w:cstheme="majorHAnsi"/>
          <w:sz w:val="40"/>
          <w:szCs w:val="40"/>
        </w:rPr>
        <w:t>3</w:t>
      </w:r>
    </w:p>
    <w:p w14:paraId="245B7ADA" w14:textId="77777777" w:rsidR="00153DF8" w:rsidRPr="00003F22" w:rsidRDefault="00153DF8" w:rsidP="00153DF8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003F22">
        <w:rPr>
          <w:rFonts w:asciiTheme="majorHAnsi" w:hAnsiTheme="majorHAnsi" w:cstheme="majorHAnsi"/>
          <w:b/>
          <w:bCs/>
          <w:sz w:val="28"/>
          <w:szCs w:val="28"/>
        </w:rPr>
        <w:t xml:space="preserve">Semester I </w:t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  <w:t xml:space="preserve">Time: 3 Hours                  </w:t>
      </w:r>
    </w:p>
    <w:p w14:paraId="6484B683" w14:textId="77777777" w:rsidR="00153DF8" w:rsidRPr="00003F22" w:rsidRDefault="00153DF8" w:rsidP="00153DF8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003F22">
        <w:rPr>
          <w:rFonts w:asciiTheme="majorHAnsi" w:hAnsiTheme="majorHAnsi" w:cstheme="majorHAnsi"/>
          <w:b/>
          <w:bCs/>
          <w:sz w:val="28"/>
          <w:szCs w:val="28"/>
        </w:rPr>
        <w:t>Core I -Maj ZOO-</w:t>
      </w:r>
      <w:r>
        <w:rPr>
          <w:rFonts w:asciiTheme="majorHAnsi" w:hAnsiTheme="majorHAnsi" w:cstheme="majorHAnsi"/>
          <w:b/>
          <w:bCs/>
          <w:sz w:val="28"/>
          <w:szCs w:val="28"/>
        </w:rPr>
        <w:t>II</w:t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 xml:space="preserve">   </w:t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  <w:t xml:space="preserve"> Full Marks: 100                                             </w:t>
      </w:r>
    </w:p>
    <w:p w14:paraId="087C9226" w14:textId="77777777" w:rsidR="00A748F0" w:rsidRPr="006B6DA2" w:rsidRDefault="00A748F0" w:rsidP="00A748F0"/>
    <w:p w14:paraId="2DFF78B9" w14:textId="77777777" w:rsidR="00A748F0" w:rsidRPr="00A748F0" w:rsidRDefault="00A748F0" w:rsidP="00A748F0">
      <w:pPr>
        <w:pStyle w:val="Heading3"/>
        <w:ind w:left="2880" w:firstLine="720"/>
        <w:rPr>
          <w:color w:val="auto"/>
          <w:sz w:val="24"/>
          <w:szCs w:val="24"/>
        </w:rPr>
      </w:pPr>
      <w:r w:rsidRPr="00A748F0">
        <w:rPr>
          <w:color w:val="auto"/>
          <w:sz w:val="24"/>
          <w:szCs w:val="24"/>
        </w:rPr>
        <w:t>SECTION - A</w:t>
      </w:r>
    </w:p>
    <w:p w14:paraId="3CC71E89" w14:textId="77777777" w:rsidR="00A748F0" w:rsidRDefault="00A748F0" w:rsidP="00A748F0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12187A">
        <w:rPr>
          <w:b/>
          <w:bCs/>
        </w:rPr>
        <w:t>1. Fill in the blanks: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12187A">
        <w:t xml:space="preserve"> </w:t>
      </w:r>
      <w:r w:rsidRPr="0012187A">
        <w:rPr>
          <w:b/>
          <w:bCs/>
        </w:rPr>
        <w:t>1 × 10 = 10</w:t>
      </w:r>
    </w:p>
    <w:p w14:paraId="3B8BFEFF" w14:textId="77777777" w:rsidR="006E4424" w:rsidRDefault="00FE3B7B">
      <w:r>
        <w:t>1. Retrogressive metamorphosis is characteristic of the ______.</w:t>
      </w:r>
    </w:p>
    <w:p w14:paraId="04C24432" w14:textId="77777777" w:rsidR="006E4424" w:rsidRDefault="00FE3B7B">
      <w:r>
        <w:t>2. The notochord in Hemichordata is confined to the ______ region.</w:t>
      </w:r>
    </w:p>
    <w:p w14:paraId="2BBEF78D" w14:textId="77777777" w:rsidR="006E4424" w:rsidRDefault="00FE3B7B">
      <w:r>
        <w:t>3. The connecting link between reptiles and birds is ______.</w:t>
      </w:r>
    </w:p>
    <w:p w14:paraId="582B9757" w14:textId="77777777" w:rsidR="006E4424" w:rsidRDefault="00FE3B7B">
      <w:r>
        <w:t>4. Limbless amphibians belong to order ______.</w:t>
      </w:r>
    </w:p>
    <w:p w14:paraId="1B59CA83" w14:textId="77777777" w:rsidR="006E4424" w:rsidRDefault="00FE3B7B">
      <w:r>
        <w:t>5. Migration from freshwater to the sea in fishes is termed ______ migration.</w:t>
      </w:r>
    </w:p>
    <w:p w14:paraId="5EBAB843" w14:textId="77777777" w:rsidR="006E4424" w:rsidRDefault="00FE3B7B">
      <w:r>
        <w:t>6. The conceptual larval model of echinoderms is called the ______ concept.</w:t>
      </w:r>
    </w:p>
    <w:p w14:paraId="3C3BD6C7" w14:textId="77777777" w:rsidR="006E4424" w:rsidRDefault="00FE3B7B">
      <w:r>
        <w:t>7. Arborescent and labyrinthine organs are examples of ______ respiratory organs in fishes.</w:t>
      </w:r>
    </w:p>
    <w:p w14:paraId="5EAB7478" w14:textId="77777777" w:rsidR="006E4424" w:rsidRDefault="00FE3B7B">
      <w:r>
        <w:t>8. Archaeopteryx is regarded as a connecting link between ______ and ______.</w:t>
      </w:r>
    </w:p>
    <w:p w14:paraId="72A01A2C" w14:textId="77777777" w:rsidR="006E4424" w:rsidRDefault="00FE3B7B">
      <w:r>
        <w:t>9. The mammalian locomotion in which the whole sole touches the ground is called ______.</w:t>
      </w:r>
    </w:p>
    <w:p w14:paraId="0319107C" w14:textId="77777777" w:rsidR="006E4424" w:rsidRDefault="00FE3B7B">
      <w:r>
        <w:t>10. The realm associated with a major distributional pattern of birds is a ______ geographical realm.</w:t>
      </w:r>
    </w:p>
    <w:p w14:paraId="69A3B1A8" w14:textId="77777777" w:rsidR="00A748F0" w:rsidRPr="00A748F0" w:rsidRDefault="00A748F0" w:rsidP="00A748F0">
      <w:pPr>
        <w:pStyle w:val="Heading3"/>
        <w:ind w:left="2880" w:firstLine="720"/>
        <w:rPr>
          <w:color w:val="auto"/>
          <w:sz w:val="24"/>
          <w:szCs w:val="24"/>
        </w:rPr>
      </w:pPr>
      <w:r w:rsidRPr="00A748F0">
        <w:rPr>
          <w:color w:val="auto"/>
          <w:sz w:val="24"/>
          <w:szCs w:val="24"/>
        </w:rPr>
        <w:t>SECTION - B</w:t>
      </w:r>
    </w:p>
    <w:p w14:paraId="47E35E5C" w14:textId="77777777" w:rsidR="00A748F0" w:rsidRPr="0012187A" w:rsidRDefault="00A748F0" w:rsidP="00A748F0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12187A">
        <w:rPr>
          <w:b/>
          <w:bCs/>
        </w:rPr>
        <w:t>2. Write short notes on the following:</w:t>
      </w:r>
      <w:r w:rsidRPr="0012187A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2187A">
        <w:rPr>
          <w:b/>
          <w:bCs/>
        </w:rPr>
        <w:t>2 × 9 = 18</w:t>
      </w:r>
    </w:p>
    <w:p w14:paraId="79F09B3F" w14:textId="77777777" w:rsidR="006E4424" w:rsidRDefault="00FE3B7B">
      <w:r>
        <w:t>1. Define Urochordata.</w:t>
      </w:r>
    </w:p>
    <w:p w14:paraId="1E80C08A" w14:textId="77777777" w:rsidR="006E4424" w:rsidRDefault="00FE3B7B">
      <w:r>
        <w:t>2. Write two important features of Cephalochordata.</w:t>
      </w:r>
    </w:p>
    <w:p w14:paraId="4C674353" w14:textId="77777777" w:rsidR="006E4424" w:rsidRDefault="00FE3B7B">
      <w:r>
        <w:t>3. What is catadromous migration?</w:t>
      </w:r>
    </w:p>
    <w:p w14:paraId="308EB526" w14:textId="77777777" w:rsidR="006E4424" w:rsidRDefault="00FE3B7B">
      <w:r>
        <w:t>4. Mention two accessory respiratory organs in fishes.</w:t>
      </w:r>
    </w:p>
    <w:p w14:paraId="6DC83F27" w14:textId="77777777" w:rsidR="006E4424" w:rsidRDefault="00FE3B7B">
      <w:r>
        <w:t>5. What is Dipnoi?</w:t>
      </w:r>
    </w:p>
    <w:p w14:paraId="362BBEE5" w14:textId="77777777" w:rsidR="006E4424" w:rsidRDefault="00FE3B7B">
      <w:r>
        <w:t>6. State two affinities of Sphenodon.</w:t>
      </w:r>
    </w:p>
    <w:p w14:paraId="47471741" w14:textId="77777777" w:rsidR="006E4424" w:rsidRDefault="00FE3B7B">
      <w:r>
        <w:t>7. What is parental care?</w:t>
      </w:r>
    </w:p>
    <w:p w14:paraId="0D53FE12" w14:textId="77777777" w:rsidR="006E4424" w:rsidRDefault="00FE3B7B">
      <w:r>
        <w:t>8. What is adaptive radiation?</w:t>
      </w:r>
    </w:p>
    <w:p w14:paraId="6A46A9C4" w14:textId="77777777" w:rsidR="006E4424" w:rsidRDefault="00FE3B7B">
      <w:r>
        <w:t>9. What is continental drift theory?</w:t>
      </w:r>
    </w:p>
    <w:p w14:paraId="7460FAB6" w14:textId="77777777" w:rsidR="00A748F0" w:rsidRDefault="00A748F0" w:rsidP="00A748F0">
      <w:pPr>
        <w:pStyle w:val="Heading3"/>
        <w:ind w:left="2880" w:firstLine="720"/>
        <w:rPr>
          <w:color w:val="auto"/>
          <w:sz w:val="24"/>
          <w:szCs w:val="24"/>
        </w:rPr>
      </w:pPr>
    </w:p>
    <w:p w14:paraId="0EFE5E94" w14:textId="2F6C9A1C" w:rsidR="00A748F0" w:rsidRPr="00A748F0" w:rsidRDefault="00A748F0" w:rsidP="00A748F0">
      <w:pPr>
        <w:pStyle w:val="Heading3"/>
        <w:ind w:left="2880" w:firstLine="720"/>
        <w:rPr>
          <w:color w:val="auto"/>
          <w:sz w:val="24"/>
          <w:szCs w:val="24"/>
        </w:rPr>
      </w:pPr>
      <w:r w:rsidRPr="00A748F0">
        <w:rPr>
          <w:color w:val="auto"/>
          <w:sz w:val="24"/>
          <w:szCs w:val="24"/>
        </w:rPr>
        <w:t>SECTION - C</w:t>
      </w:r>
    </w:p>
    <w:p w14:paraId="4F7F1CF8" w14:textId="77777777" w:rsidR="00A748F0" w:rsidRDefault="00A748F0" w:rsidP="00A748F0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12187A">
        <w:rPr>
          <w:b/>
          <w:bCs/>
        </w:rPr>
        <w:t>3. Write notes on any eight of the following: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12187A">
        <w:t xml:space="preserve"> </w:t>
      </w:r>
      <w:r w:rsidRPr="0012187A">
        <w:rPr>
          <w:b/>
          <w:bCs/>
        </w:rPr>
        <w:t>5 × 8 = 40</w:t>
      </w:r>
    </w:p>
    <w:p w14:paraId="5A8741B1" w14:textId="77777777" w:rsidR="00A748F0" w:rsidRDefault="00A748F0" w:rsidP="00A748F0">
      <w:r>
        <w:t>Answer any eight of the following:</w:t>
      </w:r>
    </w:p>
    <w:p w14:paraId="730C274B" w14:textId="77777777" w:rsidR="006E4424" w:rsidRDefault="00FE3B7B">
      <w:r>
        <w:t>Answer any eight of the following:</w:t>
      </w:r>
    </w:p>
    <w:p w14:paraId="344C5199" w14:textId="77777777" w:rsidR="006E4424" w:rsidRDefault="00FE3B7B">
      <w:r>
        <w:t>1. General characteristics and outline classification of Chordata.</w:t>
      </w:r>
    </w:p>
    <w:p w14:paraId="6EE31D0A" w14:textId="77777777" w:rsidR="006E4424" w:rsidRDefault="00FE3B7B">
      <w:r>
        <w:t>2. Larval forms in protochordates.</w:t>
      </w:r>
    </w:p>
    <w:p w14:paraId="19DE0D42" w14:textId="77777777" w:rsidR="006E4424" w:rsidRDefault="00FE3B7B">
      <w:r>
        <w:t>3. General characteristics and classification of Agnatha.</w:t>
      </w:r>
    </w:p>
    <w:p w14:paraId="76AF63EE" w14:textId="77777777" w:rsidR="006E4424" w:rsidRDefault="00FE3B7B">
      <w:r>
        <w:t>4. Parental care in fishes.</w:t>
      </w:r>
    </w:p>
    <w:p w14:paraId="4199A230" w14:textId="77777777" w:rsidR="006E4424" w:rsidRDefault="00FE3B7B">
      <w:r>
        <w:t>5. Evolutionary significance of Dipnoi.</w:t>
      </w:r>
    </w:p>
    <w:p w14:paraId="3DEFE7AD" w14:textId="77777777" w:rsidR="006E4424" w:rsidRDefault="00FE3B7B">
      <w:r>
        <w:t>6. Origin of Tetrapoda.</w:t>
      </w:r>
    </w:p>
    <w:p w14:paraId="3797A254" w14:textId="77777777" w:rsidR="006E4424" w:rsidRDefault="00FE3B7B">
      <w:r>
        <w:t>7. Poison apparatus and biting mechanism in snakes.</w:t>
      </w:r>
    </w:p>
    <w:p w14:paraId="4F3B391F" w14:textId="77777777" w:rsidR="006E4424" w:rsidRDefault="00FE3B7B">
      <w:r>
        <w:t>8. Flight adaptations in birds.</w:t>
      </w:r>
    </w:p>
    <w:p w14:paraId="2E0B347A" w14:textId="77777777" w:rsidR="006E4424" w:rsidRDefault="00FE3B7B">
      <w:r>
        <w:t>9. General characteristics and classification of Mammals.</w:t>
      </w:r>
    </w:p>
    <w:p w14:paraId="7EE8FA78" w14:textId="77777777" w:rsidR="006E4424" w:rsidRDefault="00FE3B7B">
      <w:r>
        <w:t>10. Zoogeographical realms.</w:t>
      </w:r>
    </w:p>
    <w:p w14:paraId="665A97AA" w14:textId="77777777" w:rsidR="00A748F0" w:rsidRPr="00A748F0" w:rsidRDefault="00A748F0" w:rsidP="00A748F0">
      <w:pPr>
        <w:pStyle w:val="Heading3"/>
        <w:ind w:left="2880" w:firstLine="720"/>
        <w:rPr>
          <w:color w:val="auto"/>
          <w:sz w:val="24"/>
          <w:szCs w:val="24"/>
        </w:rPr>
      </w:pPr>
      <w:r w:rsidRPr="00A748F0">
        <w:rPr>
          <w:color w:val="auto"/>
          <w:sz w:val="24"/>
          <w:szCs w:val="24"/>
        </w:rPr>
        <w:t>SECTION - D</w:t>
      </w:r>
    </w:p>
    <w:p w14:paraId="3C794154" w14:textId="77777777" w:rsidR="00A748F0" w:rsidRDefault="00A748F0" w:rsidP="00A748F0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12187A">
        <w:rPr>
          <w:b/>
          <w:bCs/>
        </w:rPr>
        <w:t>4. Answer any four of the following:</w:t>
      </w:r>
      <w:r w:rsidRPr="0012187A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12187A">
        <w:rPr>
          <w:b/>
          <w:bCs/>
        </w:rPr>
        <w:t>8 × 4 = 32</w:t>
      </w:r>
    </w:p>
    <w:p w14:paraId="37052146" w14:textId="77777777" w:rsidR="006E4424" w:rsidRDefault="00FE3B7B">
      <w:r>
        <w:t>Answer any four of the following:</w:t>
      </w:r>
    </w:p>
    <w:p w14:paraId="5ADA4282" w14:textId="77777777" w:rsidR="006E4424" w:rsidRDefault="00FE3B7B">
      <w:r>
        <w:t>1. Explain the Echinoderm theory of origin of Chordates with reference to the Dipleurula concept.</w:t>
      </w:r>
    </w:p>
    <w:p w14:paraId="02366B64" w14:textId="77777777" w:rsidR="006E4424" w:rsidRDefault="00FE3B7B">
      <w:r>
        <w:t>2. Describe migration in fishes and discuss its significance.</w:t>
      </w:r>
    </w:p>
    <w:p w14:paraId="7CC29FF6" w14:textId="77777777" w:rsidR="006E4424" w:rsidRDefault="00FE3B7B">
      <w:r>
        <w:t>3. Describe parental care in Amphibia with suitable examples.</w:t>
      </w:r>
    </w:p>
    <w:p w14:paraId="517F88E5" w14:textId="77777777" w:rsidR="006E4424" w:rsidRDefault="00FE3B7B">
      <w:r>
        <w:t>4. Describe the affinities of Prototheria.</w:t>
      </w:r>
    </w:p>
    <w:p w14:paraId="24B39295" w14:textId="77777777" w:rsidR="006E4424" w:rsidRDefault="00FE3B7B">
      <w:r>
        <w:t>5. Discuss the distribution of vertebrates in different zoogeographical realms.</w:t>
      </w:r>
    </w:p>
    <w:p w14:paraId="180B2C5B" w14:textId="77777777" w:rsidR="006E4424" w:rsidRDefault="00FE3B7B">
      <w:r>
        <w:br w:type="page"/>
      </w:r>
    </w:p>
    <w:p w14:paraId="568651D9" w14:textId="4E060641" w:rsidR="00153DF8" w:rsidRPr="00153DF8" w:rsidRDefault="00153DF8" w:rsidP="00153DF8">
      <w:pPr>
        <w:pStyle w:val="Heading1"/>
        <w:spacing w:before="375"/>
        <w:ind w:left="1440" w:firstLine="720"/>
        <w:rPr>
          <w:rFonts w:cstheme="majorHAnsi"/>
          <w:sz w:val="40"/>
          <w:szCs w:val="40"/>
        </w:rPr>
      </w:pPr>
      <w:r w:rsidRPr="00153DF8">
        <w:rPr>
          <w:rFonts w:cstheme="majorHAnsi"/>
          <w:sz w:val="40"/>
          <w:szCs w:val="40"/>
        </w:rPr>
        <w:lastRenderedPageBreak/>
        <w:t xml:space="preserve">SAMPLE QUESTION PAPER - SET </w:t>
      </w:r>
      <w:r>
        <w:rPr>
          <w:rFonts w:cstheme="majorHAnsi"/>
          <w:sz w:val="40"/>
          <w:szCs w:val="40"/>
        </w:rPr>
        <w:t>4</w:t>
      </w:r>
    </w:p>
    <w:p w14:paraId="79FED5EF" w14:textId="77777777" w:rsidR="00153DF8" w:rsidRPr="00003F22" w:rsidRDefault="00153DF8" w:rsidP="00153DF8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003F22">
        <w:rPr>
          <w:rFonts w:asciiTheme="majorHAnsi" w:hAnsiTheme="majorHAnsi" w:cstheme="majorHAnsi"/>
          <w:b/>
          <w:bCs/>
          <w:sz w:val="28"/>
          <w:szCs w:val="28"/>
        </w:rPr>
        <w:t xml:space="preserve">Semester I </w:t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  <w:t xml:space="preserve">Time: 3 Hours                  </w:t>
      </w:r>
    </w:p>
    <w:p w14:paraId="40622570" w14:textId="77777777" w:rsidR="00153DF8" w:rsidRPr="00003F22" w:rsidRDefault="00153DF8" w:rsidP="00153DF8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003F22">
        <w:rPr>
          <w:rFonts w:asciiTheme="majorHAnsi" w:hAnsiTheme="majorHAnsi" w:cstheme="majorHAnsi"/>
          <w:b/>
          <w:bCs/>
          <w:sz w:val="28"/>
          <w:szCs w:val="28"/>
        </w:rPr>
        <w:t>Core I -Maj ZOO-</w:t>
      </w:r>
      <w:r>
        <w:rPr>
          <w:rFonts w:asciiTheme="majorHAnsi" w:hAnsiTheme="majorHAnsi" w:cstheme="majorHAnsi"/>
          <w:b/>
          <w:bCs/>
          <w:sz w:val="28"/>
          <w:szCs w:val="28"/>
        </w:rPr>
        <w:t>II</w:t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 xml:space="preserve">   </w:t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  <w:t xml:space="preserve"> Full Marks: 100                                             </w:t>
      </w:r>
    </w:p>
    <w:p w14:paraId="0AD7FCA1" w14:textId="77777777" w:rsidR="00A748F0" w:rsidRPr="006B6DA2" w:rsidRDefault="00A748F0" w:rsidP="00A748F0"/>
    <w:p w14:paraId="1B036044" w14:textId="77777777" w:rsidR="00A748F0" w:rsidRPr="00A748F0" w:rsidRDefault="00A748F0" w:rsidP="00A748F0">
      <w:pPr>
        <w:pStyle w:val="Heading3"/>
        <w:ind w:left="2880" w:firstLine="720"/>
        <w:rPr>
          <w:color w:val="auto"/>
          <w:sz w:val="24"/>
          <w:szCs w:val="24"/>
        </w:rPr>
      </w:pPr>
      <w:r w:rsidRPr="00A748F0">
        <w:rPr>
          <w:color w:val="auto"/>
          <w:sz w:val="24"/>
          <w:szCs w:val="24"/>
        </w:rPr>
        <w:t>SECTION - A</w:t>
      </w:r>
    </w:p>
    <w:p w14:paraId="6B90D7E2" w14:textId="77777777" w:rsidR="00A748F0" w:rsidRDefault="00A748F0" w:rsidP="00A748F0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12187A">
        <w:rPr>
          <w:b/>
          <w:bCs/>
        </w:rPr>
        <w:t>1. Fill in the blanks: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12187A">
        <w:t xml:space="preserve"> </w:t>
      </w:r>
      <w:r w:rsidRPr="0012187A">
        <w:rPr>
          <w:b/>
          <w:bCs/>
        </w:rPr>
        <w:t>1 × 10 = 10</w:t>
      </w:r>
    </w:p>
    <w:p w14:paraId="5452842A" w14:textId="77777777" w:rsidR="006E4424" w:rsidRDefault="00FE3B7B">
      <w:r>
        <w:t>1. Ascidians are covered by a tunic or test containing the cellulose-like polysaccharide called ______.</w:t>
      </w:r>
    </w:p>
    <w:p w14:paraId="7CA521B6" w14:textId="77777777" w:rsidR="006E4424" w:rsidRDefault="00FE3B7B">
      <w:r>
        <w:t>2. The ______ is a conceptual model based on common features of echinoderm larvae.</w:t>
      </w:r>
    </w:p>
    <w:p w14:paraId="660B36E1" w14:textId="77777777" w:rsidR="006E4424" w:rsidRDefault="00FE3B7B">
      <w:r>
        <w:t>3. The buccal funnel with horny teeth is characteristic of ______.</w:t>
      </w:r>
    </w:p>
    <w:p w14:paraId="57454801" w14:textId="77777777" w:rsidR="006E4424" w:rsidRDefault="00FE3B7B">
      <w:r>
        <w:t>4. The swim bladder of bony fishes arises from the dorsal wall of the ______.</w:t>
      </w:r>
    </w:p>
    <w:p w14:paraId="17E82848" w14:textId="77777777" w:rsidR="006E4424" w:rsidRDefault="00FE3B7B">
      <w:r>
        <w:t>5. Limbless amphibians are commonly placed under the order ______.</w:t>
      </w:r>
    </w:p>
    <w:p w14:paraId="405E046F" w14:textId="77777777" w:rsidR="006E4424" w:rsidRDefault="00FE3B7B">
      <w:r>
        <w:t>6. The earliest tetrapods are associated with primitive ______.</w:t>
      </w:r>
    </w:p>
    <w:p w14:paraId="71DCEB97" w14:textId="77777777" w:rsidR="006E4424" w:rsidRDefault="00FE3B7B">
      <w:r>
        <w:t>7. Snake poison glands are modified ______ labial glands.</w:t>
      </w:r>
    </w:p>
    <w:p w14:paraId="4346F4D2" w14:textId="77777777" w:rsidR="006E4424" w:rsidRDefault="00FE3B7B">
      <w:r>
        <w:t>8. The migration of birds to short or long distances for safety and food is called ______.</w:t>
      </w:r>
    </w:p>
    <w:p w14:paraId="142AE499" w14:textId="77777777" w:rsidR="006E4424" w:rsidRDefault="00FE3B7B">
      <w:r>
        <w:t>9. Only the tips of toes touch the ground in ______ locomotion.</w:t>
      </w:r>
    </w:p>
    <w:p w14:paraId="4C907FEC" w14:textId="77777777" w:rsidR="006E4424" w:rsidRDefault="00FE3B7B">
      <w:r>
        <w:t>10. ______ theory explains distribution of animals in relation to movement of continental land masses.</w:t>
      </w:r>
    </w:p>
    <w:p w14:paraId="7EABCED9" w14:textId="77777777" w:rsidR="00A748F0" w:rsidRPr="00A748F0" w:rsidRDefault="00A748F0" w:rsidP="00A748F0">
      <w:pPr>
        <w:pStyle w:val="Heading3"/>
        <w:ind w:left="2880" w:firstLine="720"/>
        <w:rPr>
          <w:color w:val="auto"/>
          <w:sz w:val="24"/>
          <w:szCs w:val="24"/>
        </w:rPr>
      </w:pPr>
      <w:r w:rsidRPr="00A748F0">
        <w:rPr>
          <w:color w:val="auto"/>
          <w:sz w:val="24"/>
          <w:szCs w:val="24"/>
        </w:rPr>
        <w:t>SECTION - B</w:t>
      </w:r>
    </w:p>
    <w:p w14:paraId="202B484F" w14:textId="77777777" w:rsidR="00A748F0" w:rsidRPr="0012187A" w:rsidRDefault="00A748F0" w:rsidP="00A748F0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12187A">
        <w:rPr>
          <w:b/>
          <w:bCs/>
        </w:rPr>
        <w:t>2. Write short notes on the following:</w:t>
      </w:r>
      <w:r w:rsidRPr="0012187A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2187A">
        <w:rPr>
          <w:b/>
          <w:bCs/>
        </w:rPr>
        <w:t>2 × 9 = 18</w:t>
      </w:r>
    </w:p>
    <w:p w14:paraId="30BF82CC" w14:textId="77777777" w:rsidR="006E4424" w:rsidRDefault="00FE3B7B">
      <w:r>
        <w:t>1. List the fundamental characters of Chordates.</w:t>
      </w:r>
    </w:p>
    <w:p w14:paraId="3E09AA4B" w14:textId="77777777" w:rsidR="006E4424" w:rsidRDefault="00FE3B7B">
      <w:r>
        <w:t>2. What are protochordates?</w:t>
      </w:r>
    </w:p>
    <w:p w14:paraId="13D6E574" w14:textId="77777777" w:rsidR="006E4424" w:rsidRDefault="00FE3B7B">
      <w:r>
        <w:t>3. Define migration in fishes.</w:t>
      </w:r>
    </w:p>
    <w:p w14:paraId="362D3D54" w14:textId="77777777" w:rsidR="006E4424" w:rsidRDefault="00FE3B7B">
      <w:r>
        <w:t>4. Name two accessory respiratory organs of fishes.</w:t>
      </w:r>
    </w:p>
    <w:p w14:paraId="00967D1C" w14:textId="77777777" w:rsidR="006E4424" w:rsidRDefault="00FE3B7B">
      <w:r>
        <w:t>5. What are the distinctive characters of Sphenodon?</w:t>
      </w:r>
    </w:p>
    <w:p w14:paraId="284A5A7D" w14:textId="77777777" w:rsidR="006E4424" w:rsidRDefault="00FE3B7B">
      <w:r>
        <w:t>6. What is poisonous apparatus in snakes?</w:t>
      </w:r>
    </w:p>
    <w:p w14:paraId="477E338B" w14:textId="77777777" w:rsidR="006E4424" w:rsidRDefault="00FE3B7B">
      <w:r>
        <w:t>7. What is the significance of Dipnoi?</w:t>
      </w:r>
    </w:p>
    <w:p w14:paraId="4F8C416F" w14:textId="77777777" w:rsidR="006E4424" w:rsidRDefault="00FE3B7B">
      <w:r>
        <w:t>8. Define plantigrade locomotion.</w:t>
      </w:r>
    </w:p>
    <w:p w14:paraId="52B73111" w14:textId="77777777" w:rsidR="006E4424" w:rsidRDefault="00FE3B7B">
      <w:r>
        <w:t>9. What is a zoogeographical realm?</w:t>
      </w:r>
    </w:p>
    <w:p w14:paraId="776DE5B7" w14:textId="77777777" w:rsidR="00A748F0" w:rsidRDefault="00A748F0" w:rsidP="00A748F0">
      <w:pPr>
        <w:pStyle w:val="Heading3"/>
        <w:ind w:left="2880" w:firstLine="720"/>
        <w:rPr>
          <w:color w:val="auto"/>
          <w:sz w:val="24"/>
          <w:szCs w:val="24"/>
        </w:rPr>
      </w:pPr>
    </w:p>
    <w:p w14:paraId="04DFB9B6" w14:textId="0A36E7F9" w:rsidR="00A748F0" w:rsidRPr="00A748F0" w:rsidRDefault="00A748F0" w:rsidP="00A748F0">
      <w:pPr>
        <w:pStyle w:val="Heading3"/>
        <w:ind w:left="2880" w:firstLine="720"/>
        <w:rPr>
          <w:color w:val="auto"/>
          <w:sz w:val="24"/>
          <w:szCs w:val="24"/>
        </w:rPr>
      </w:pPr>
      <w:r w:rsidRPr="00A748F0">
        <w:rPr>
          <w:color w:val="auto"/>
          <w:sz w:val="24"/>
          <w:szCs w:val="24"/>
        </w:rPr>
        <w:t>SECTION - C</w:t>
      </w:r>
    </w:p>
    <w:p w14:paraId="15E44141" w14:textId="77777777" w:rsidR="00A748F0" w:rsidRDefault="00A748F0" w:rsidP="00A748F0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12187A">
        <w:rPr>
          <w:b/>
          <w:bCs/>
        </w:rPr>
        <w:t>3. Write notes on any eight of the following: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12187A">
        <w:t xml:space="preserve"> </w:t>
      </w:r>
      <w:r w:rsidRPr="0012187A">
        <w:rPr>
          <w:b/>
          <w:bCs/>
        </w:rPr>
        <w:t>5 × 8 = 40</w:t>
      </w:r>
    </w:p>
    <w:p w14:paraId="70A80EB0" w14:textId="77777777" w:rsidR="00A748F0" w:rsidRDefault="00A748F0" w:rsidP="00A748F0">
      <w:r>
        <w:t>Answer any eight of the following:</w:t>
      </w:r>
    </w:p>
    <w:p w14:paraId="773F43F8" w14:textId="77777777" w:rsidR="006E4424" w:rsidRDefault="00FE3B7B">
      <w:r>
        <w:t>Answer any eight of the following:</w:t>
      </w:r>
    </w:p>
    <w:p w14:paraId="511F7A1A" w14:textId="77777777" w:rsidR="006E4424" w:rsidRDefault="00FE3B7B">
      <w:r>
        <w:t>1. Retrogressive metamorphosis in Urochordata.</w:t>
      </w:r>
    </w:p>
    <w:p w14:paraId="3F9C1EC6" w14:textId="77777777" w:rsidR="006E4424" w:rsidRDefault="00FE3B7B">
      <w:r>
        <w:t>2. General characteristics of Cephalochordata.</w:t>
      </w:r>
    </w:p>
    <w:p w14:paraId="635557E9" w14:textId="77777777" w:rsidR="006E4424" w:rsidRDefault="00FE3B7B">
      <w:r>
        <w:t>3. General characteristics of Pisces.</w:t>
      </w:r>
    </w:p>
    <w:p w14:paraId="5C1A7882" w14:textId="77777777" w:rsidR="006E4424" w:rsidRDefault="00FE3B7B">
      <w:r>
        <w:t>4. Classification of Chondrichthyes up to order.</w:t>
      </w:r>
    </w:p>
    <w:p w14:paraId="7E8DFE85" w14:textId="77777777" w:rsidR="006E4424" w:rsidRDefault="00FE3B7B">
      <w:r>
        <w:t>5. Arborescent and labyrinthine organs in fishes.</w:t>
      </w:r>
    </w:p>
    <w:p w14:paraId="286A38B7" w14:textId="77777777" w:rsidR="006E4424" w:rsidRDefault="00FE3B7B">
      <w:r>
        <w:t>6. Affinities of Sphenodon.</w:t>
      </w:r>
    </w:p>
    <w:p w14:paraId="0E0E9CD3" w14:textId="77777777" w:rsidR="006E4424" w:rsidRDefault="00FE3B7B">
      <w:r>
        <w:t>7. Classification of Aves up to order.</w:t>
      </w:r>
    </w:p>
    <w:p w14:paraId="61A3040C" w14:textId="77777777" w:rsidR="006E4424" w:rsidRDefault="00FE3B7B">
      <w:r>
        <w:t>8. Anatomical flight adaptations in birds.</w:t>
      </w:r>
    </w:p>
    <w:p w14:paraId="45DF1F71" w14:textId="77777777" w:rsidR="006E4424" w:rsidRDefault="00FE3B7B">
      <w:r>
        <w:t>9. General characters of Mammals.</w:t>
      </w:r>
    </w:p>
    <w:p w14:paraId="1BC61F26" w14:textId="77777777" w:rsidR="006E4424" w:rsidRDefault="00FE3B7B">
      <w:r>
        <w:t>10. Continental drift theory.</w:t>
      </w:r>
    </w:p>
    <w:p w14:paraId="5D486BAC" w14:textId="77777777" w:rsidR="00A748F0" w:rsidRPr="00A748F0" w:rsidRDefault="00A748F0" w:rsidP="00A748F0">
      <w:pPr>
        <w:pStyle w:val="Heading3"/>
        <w:ind w:left="2880" w:firstLine="720"/>
        <w:rPr>
          <w:color w:val="auto"/>
          <w:sz w:val="24"/>
          <w:szCs w:val="24"/>
        </w:rPr>
      </w:pPr>
      <w:r w:rsidRPr="00A748F0">
        <w:rPr>
          <w:color w:val="auto"/>
          <w:sz w:val="24"/>
          <w:szCs w:val="24"/>
        </w:rPr>
        <w:t>SECTION - D</w:t>
      </w:r>
    </w:p>
    <w:p w14:paraId="3E577FA0" w14:textId="77777777" w:rsidR="00A748F0" w:rsidRDefault="00A748F0" w:rsidP="00A748F0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12187A">
        <w:rPr>
          <w:b/>
          <w:bCs/>
        </w:rPr>
        <w:t>4. Answer any four of the following:</w:t>
      </w:r>
      <w:r w:rsidRPr="0012187A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12187A">
        <w:rPr>
          <w:b/>
          <w:bCs/>
        </w:rPr>
        <w:t>8 × 4 = 32</w:t>
      </w:r>
    </w:p>
    <w:p w14:paraId="62E784CA" w14:textId="77777777" w:rsidR="006E4424" w:rsidRDefault="00FE3B7B">
      <w:r>
        <w:t>Answer any four of the following:</w:t>
      </w:r>
    </w:p>
    <w:p w14:paraId="66DE1B2A" w14:textId="77777777" w:rsidR="006E4424" w:rsidRDefault="00FE3B7B">
      <w:r>
        <w:t>1. Describe retrogressive metamorphosis in Urochordata and explain its significance.</w:t>
      </w:r>
    </w:p>
    <w:p w14:paraId="71C4F5AB" w14:textId="77777777" w:rsidR="006E4424" w:rsidRDefault="00FE3B7B">
      <w:r>
        <w:t>2. Describe the general characters and classification of reptiles up to orders with suitable examples.</w:t>
      </w:r>
    </w:p>
    <w:p w14:paraId="2C11920A" w14:textId="77777777" w:rsidR="006E4424" w:rsidRDefault="00FE3B7B">
      <w:r>
        <w:t>3. Give an account of the larval forms in protochordates.</w:t>
      </w:r>
    </w:p>
    <w:p w14:paraId="391C5948" w14:textId="77777777" w:rsidR="006E4424" w:rsidRDefault="00FE3B7B">
      <w:r>
        <w:t>4. Discuss adaptive radiation in mammals with reference to locomotory appendages.</w:t>
      </w:r>
    </w:p>
    <w:p w14:paraId="0F99FC38" w14:textId="77777777" w:rsidR="006E4424" w:rsidRDefault="00FE3B7B">
      <w:r>
        <w:t>5. Explain the origin of Tetrapoda and the evolution of terrestrial ectotherms.</w:t>
      </w:r>
    </w:p>
    <w:p w14:paraId="216DBAC0" w14:textId="77777777" w:rsidR="006E4424" w:rsidRDefault="00FE3B7B">
      <w:r>
        <w:br w:type="page"/>
      </w:r>
    </w:p>
    <w:p w14:paraId="14CC984F" w14:textId="404E2BD2" w:rsidR="00153DF8" w:rsidRPr="00153DF8" w:rsidRDefault="00153DF8" w:rsidP="00153DF8">
      <w:pPr>
        <w:pStyle w:val="Heading1"/>
        <w:spacing w:before="375"/>
        <w:ind w:left="1440" w:firstLine="720"/>
        <w:rPr>
          <w:rFonts w:cstheme="majorHAnsi"/>
          <w:sz w:val="40"/>
          <w:szCs w:val="40"/>
        </w:rPr>
      </w:pPr>
      <w:r w:rsidRPr="00153DF8">
        <w:rPr>
          <w:rFonts w:cstheme="majorHAnsi"/>
          <w:sz w:val="40"/>
          <w:szCs w:val="40"/>
        </w:rPr>
        <w:lastRenderedPageBreak/>
        <w:t xml:space="preserve">SAMPLE QUESTION PAPER - SET </w:t>
      </w:r>
      <w:r>
        <w:rPr>
          <w:rFonts w:cstheme="majorHAnsi"/>
          <w:sz w:val="40"/>
          <w:szCs w:val="40"/>
        </w:rPr>
        <w:t>5</w:t>
      </w:r>
    </w:p>
    <w:p w14:paraId="07FBCC12" w14:textId="77777777" w:rsidR="00153DF8" w:rsidRPr="00003F22" w:rsidRDefault="00153DF8" w:rsidP="00153DF8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003F22">
        <w:rPr>
          <w:rFonts w:asciiTheme="majorHAnsi" w:hAnsiTheme="majorHAnsi" w:cstheme="majorHAnsi"/>
          <w:b/>
          <w:bCs/>
          <w:sz w:val="28"/>
          <w:szCs w:val="28"/>
        </w:rPr>
        <w:t xml:space="preserve">Semester I </w:t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  <w:t xml:space="preserve">Time: 3 Hours                  </w:t>
      </w:r>
    </w:p>
    <w:p w14:paraId="61D078F2" w14:textId="77777777" w:rsidR="00153DF8" w:rsidRPr="00003F22" w:rsidRDefault="00153DF8" w:rsidP="00153DF8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rPr>
          <w:rFonts w:asciiTheme="majorHAnsi" w:hAnsiTheme="majorHAnsi" w:cstheme="majorHAnsi"/>
          <w:b/>
          <w:bCs/>
          <w:sz w:val="28"/>
          <w:szCs w:val="28"/>
        </w:rPr>
      </w:pPr>
      <w:r w:rsidRPr="00003F22">
        <w:rPr>
          <w:rFonts w:asciiTheme="majorHAnsi" w:hAnsiTheme="majorHAnsi" w:cstheme="majorHAnsi"/>
          <w:b/>
          <w:bCs/>
          <w:sz w:val="28"/>
          <w:szCs w:val="28"/>
        </w:rPr>
        <w:t>Core I -Maj ZOO-</w:t>
      </w:r>
      <w:r>
        <w:rPr>
          <w:rFonts w:asciiTheme="majorHAnsi" w:hAnsiTheme="majorHAnsi" w:cstheme="majorHAnsi"/>
          <w:b/>
          <w:bCs/>
          <w:sz w:val="28"/>
          <w:szCs w:val="28"/>
        </w:rPr>
        <w:t>II</w:t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 xml:space="preserve">   </w:t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</w:r>
      <w:r w:rsidRPr="00003F22">
        <w:rPr>
          <w:rFonts w:asciiTheme="majorHAnsi" w:hAnsiTheme="majorHAnsi" w:cstheme="majorHAnsi"/>
          <w:b/>
          <w:bCs/>
          <w:sz w:val="28"/>
          <w:szCs w:val="28"/>
        </w:rPr>
        <w:tab/>
        <w:t xml:space="preserve"> Full Marks: 100                                             </w:t>
      </w:r>
    </w:p>
    <w:p w14:paraId="33538C9F" w14:textId="77777777" w:rsidR="00A748F0" w:rsidRPr="006B6DA2" w:rsidRDefault="00A748F0" w:rsidP="00A748F0"/>
    <w:p w14:paraId="27467F7D" w14:textId="77777777" w:rsidR="00A748F0" w:rsidRPr="00A748F0" w:rsidRDefault="00A748F0" w:rsidP="00A748F0">
      <w:pPr>
        <w:pStyle w:val="Heading3"/>
        <w:ind w:left="2880" w:firstLine="720"/>
        <w:rPr>
          <w:color w:val="auto"/>
          <w:sz w:val="24"/>
          <w:szCs w:val="24"/>
        </w:rPr>
      </w:pPr>
      <w:r w:rsidRPr="00A748F0">
        <w:rPr>
          <w:color w:val="auto"/>
          <w:sz w:val="24"/>
          <w:szCs w:val="24"/>
        </w:rPr>
        <w:t>SECTION - A</w:t>
      </w:r>
    </w:p>
    <w:p w14:paraId="56959C13" w14:textId="77777777" w:rsidR="00A748F0" w:rsidRDefault="00A748F0" w:rsidP="00A748F0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12187A">
        <w:rPr>
          <w:b/>
          <w:bCs/>
        </w:rPr>
        <w:t>1. Fill in the blanks: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12187A">
        <w:t xml:space="preserve"> </w:t>
      </w:r>
      <w:r w:rsidRPr="0012187A">
        <w:rPr>
          <w:b/>
          <w:bCs/>
        </w:rPr>
        <w:t>1 × 10 = 10</w:t>
      </w:r>
    </w:p>
    <w:p w14:paraId="749B5CBF" w14:textId="77777777" w:rsidR="006E4424" w:rsidRDefault="00FE3B7B">
      <w:r>
        <w:t>1. Retrogressive metamorphosis occurs in the ______ phylum.</w:t>
      </w:r>
    </w:p>
    <w:p w14:paraId="0741FA0F" w14:textId="77777777" w:rsidR="006E4424" w:rsidRDefault="00FE3B7B">
      <w:r>
        <w:t>2. Proboscis-region notochord is characteristic of ______.</w:t>
      </w:r>
    </w:p>
    <w:p w14:paraId="0922CFDE" w14:textId="77777777" w:rsidR="006E4424" w:rsidRDefault="00FE3B7B">
      <w:r>
        <w:t>3. The reptile-bird connecting link is ______.</w:t>
      </w:r>
    </w:p>
    <w:p w14:paraId="178D36E4" w14:textId="77777777" w:rsidR="006E4424" w:rsidRDefault="00FE3B7B">
      <w:r>
        <w:t>4. Order ______ includes limbless amphibians.</w:t>
      </w:r>
    </w:p>
    <w:p w14:paraId="1F7F87FF" w14:textId="77777777" w:rsidR="006E4424" w:rsidRDefault="00FE3B7B">
      <w:r>
        <w:t>5. Migration of fishes from sea to rivers is called ______ migration.</w:t>
      </w:r>
    </w:p>
    <w:p w14:paraId="7A90F9D4" w14:textId="77777777" w:rsidR="006E4424" w:rsidRDefault="00FE3B7B">
      <w:r>
        <w:t>6. The Dipleurula concept is related to the origin of ______.</w:t>
      </w:r>
    </w:p>
    <w:p w14:paraId="26CD4310" w14:textId="77777777" w:rsidR="006E4424" w:rsidRDefault="00FE3B7B">
      <w:r>
        <w:t>7. ______ fishes are commonly known as lungfishes.</w:t>
      </w:r>
    </w:p>
    <w:p w14:paraId="2B9278D5" w14:textId="77777777" w:rsidR="006E4424" w:rsidRDefault="00FE3B7B">
      <w:r>
        <w:t>8. The ______ organ and labyrinthine organ help fishes in accessory respiration.</w:t>
      </w:r>
    </w:p>
    <w:p w14:paraId="2D3249D0" w14:textId="77777777" w:rsidR="006E4424" w:rsidRDefault="00FE3B7B">
      <w:r>
        <w:t>9. Bird migration may occur for safety and ______.</w:t>
      </w:r>
    </w:p>
    <w:p w14:paraId="7D468082" w14:textId="77777777" w:rsidR="006E4424" w:rsidRDefault="00FE3B7B">
      <w:r>
        <w:t>10. The theory of ______ explains continental movement and its role in animal distribution.</w:t>
      </w:r>
    </w:p>
    <w:p w14:paraId="2211D1CA" w14:textId="77777777" w:rsidR="00A748F0" w:rsidRPr="00A748F0" w:rsidRDefault="00A748F0" w:rsidP="00A748F0">
      <w:pPr>
        <w:pStyle w:val="Heading3"/>
        <w:ind w:left="2880" w:firstLine="720"/>
        <w:rPr>
          <w:color w:val="auto"/>
          <w:sz w:val="24"/>
          <w:szCs w:val="24"/>
        </w:rPr>
      </w:pPr>
      <w:r w:rsidRPr="00A748F0">
        <w:rPr>
          <w:color w:val="auto"/>
          <w:sz w:val="24"/>
          <w:szCs w:val="24"/>
        </w:rPr>
        <w:t>SECTION - B</w:t>
      </w:r>
    </w:p>
    <w:p w14:paraId="20A9FCCA" w14:textId="77777777" w:rsidR="00A748F0" w:rsidRPr="0012187A" w:rsidRDefault="00A748F0" w:rsidP="00A748F0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12187A">
        <w:rPr>
          <w:b/>
          <w:bCs/>
        </w:rPr>
        <w:t>2. Write short notes on the following:</w:t>
      </w:r>
      <w:r w:rsidRPr="0012187A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12187A">
        <w:rPr>
          <w:b/>
          <w:bCs/>
        </w:rPr>
        <w:t>2 × 9 = 18</w:t>
      </w:r>
    </w:p>
    <w:p w14:paraId="2FEFA954" w14:textId="77777777" w:rsidR="006E4424" w:rsidRDefault="00FE3B7B">
      <w:r>
        <w:t>1. What are the three fundamental chordate characters?</w:t>
      </w:r>
    </w:p>
    <w:p w14:paraId="183FCC97" w14:textId="77777777" w:rsidR="006E4424" w:rsidRDefault="00FE3B7B">
      <w:r>
        <w:t>2. What is Urochordata?</w:t>
      </w:r>
    </w:p>
    <w:p w14:paraId="629884DC" w14:textId="77777777" w:rsidR="006E4424" w:rsidRDefault="00FE3B7B">
      <w:r>
        <w:t>3. What is the Dipleurula concept?</w:t>
      </w:r>
    </w:p>
    <w:p w14:paraId="102DDB1E" w14:textId="77777777" w:rsidR="006E4424" w:rsidRDefault="00FE3B7B">
      <w:r>
        <w:t>4. What is accessory respiration in fishes?</w:t>
      </w:r>
    </w:p>
    <w:p w14:paraId="4A3BD6A7" w14:textId="77777777" w:rsidR="006E4424" w:rsidRDefault="00FE3B7B">
      <w:r>
        <w:t>5. What is the evolutionary significance of Dipnoi?</w:t>
      </w:r>
    </w:p>
    <w:p w14:paraId="74A6ACD1" w14:textId="77777777" w:rsidR="006E4424" w:rsidRDefault="00FE3B7B">
      <w:r>
        <w:t>6. Why is Archaeopteryx considered a connecting link?</w:t>
      </w:r>
    </w:p>
    <w:p w14:paraId="3940BA33" w14:textId="77777777" w:rsidR="006E4424" w:rsidRDefault="00FE3B7B">
      <w:r>
        <w:t>7. What is the affinity of Sphenodon with other reptiles?</w:t>
      </w:r>
    </w:p>
    <w:p w14:paraId="0333FC24" w14:textId="77777777" w:rsidR="006E4424" w:rsidRDefault="00FE3B7B">
      <w:r>
        <w:t>8. What is adaptive radiation?</w:t>
      </w:r>
    </w:p>
    <w:p w14:paraId="7C5C9ABC" w14:textId="77777777" w:rsidR="006E4424" w:rsidRDefault="00FE3B7B">
      <w:r>
        <w:t>9. What is the significance of zoogeographical realms?</w:t>
      </w:r>
    </w:p>
    <w:p w14:paraId="6327D583" w14:textId="77777777" w:rsidR="00A748F0" w:rsidRDefault="00A748F0" w:rsidP="00A748F0">
      <w:pPr>
        <w:pStyle w:val="Heading3"/>
        <w:ind w:left="2880" w:firstLine="720"/>
        <w:rPr>
          <w:color w:val="auto"/>
          <w:sz w:val="24"/>
          <w:szCs w:val="24"/>
        </w:rPr>
      </w:pPr>
    </w:p>
    <w:p w14:paraId="4414FA7D" w14:textId="6358DD1F" w:rsidR="00A748F0" w:rsidRPr="00A748F0" w:rsidRDefault="00A748F0" w:rsidP="00A748F0">
      <w:pPr>
        <w:pStyle w:val="Heading3"/>
        <w:ind w:left="2880" w:firstLine="720"/>
        <w:rPr>
          <w:color w:val="auto"/>
          <w:sz w:val="24"/>
          <w:szCs w:val="24"/>
        </w:rPr>
      </w:pPr>
      <w:r w:rsidRPr="00A748F0">
        <w:rPr>
          <w:color w:val="auto"/>
          <w:sz w:val="24"/>
          <w:szCs w:val="24"/>
        </w:rPr>
        <w:t>SECTION - C</w:t>
      </w:r>
    </w:p>
    <w:p w14:paraId="73DA5BB5" w14:textId="77777777" w:rsidR="00A748F0" w:rsidRDefault="00A748F0" w:rsidP="00A748F0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12187A">
        <w:rPr>
          <w:b/>
          <w:bCs/>
        </w:rPr>
        <w:t>3. Write notes on any eight of the following: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12187A">
        <w:t xml:space="preserve"> </w:t>
      </w:r>
      <w:r w:rsidRPr="0012187A">
        <w:rPr>
          <w:b/>
          <w:bCs/>
        </w:rPr>
        <w:t>5 × 8 = 40</w:t>
      </w:r>
    </w:p>
    <w:p w14:paraId="1AFD27D7" w14:textId="77777777" w:rsidR="00A748F0" w:rsidRDefault="00A748F0" w:rsidP="00A748F0">
      <w:r>
        <w:t>Answer any eight of the following:</w:t>
      </w:r>
    </w:p>
    <w:p w14:paraId="7DF87DB0" w14:textId="77777777" w:rsidR="006E4424" w:rsidRDefault="00FE3B7B">
      <w:r>
        <w:t>Answer any eight of the following:</w:t>
      </w:r>
    </w:p>
    <w:p w14:paraId="40FAD01C" w14:textId="77777777" w:rsidR="006E4424" w:rsidRDefault="00FE3B7B">
      <w:r>
        <w:t>1. Outline classification of Chordata.</w:t>
      </w:r>
    </w:p>
    <w:p w14:paraId="710E8FB8" w14:textId="77777777" w:rsidR="006E4424" w:rsidRDefault="00FE3B7B">
      <w:r>
        <w:t>2. Explain the Echinoderm theory of origin of Chordates.</w:t>
      </w:r>
    </w:p>
    <w:p w14:paraId="56AC85F8" w14:textId="77777777" w:rsidR="006E4424" w:rsidRDefault="00FE3B7B">
      <w:r>
        <w:t>3. Parental care in fishes.</w:t>
      </w:r>
    </w:p>
    <w:p w14:paraId="339C6C50" w14:textId="77777777" w:rsidR="006E4424" w:rsidRDefault="00FE3B7B">
      <w:r>
        <w:t>4. Origin of Tetrapoda.</w:t>
      </w:r>
    </w:p>
    <w:p w14:paraId="12F3FE26" w14:textId="77777777" w:rsidR="006E4424" w:rsidRDefault="00FE3B7B">
      <w:r>
        <w:t>5. Affinities of Sphenodon.</w:t>
      </w:r>
    </w:p>
    <w:p w14:paraId="3569BD6A" w14:textId="77777777" w:rsidR="006E4424" w:rsidRDefault="00FE3B7B">
      <w:r>
        <w:t>6. Archaeopteryx.</w:t>
      </w:r>
    </w:p>
    <w:p w14:paraId="34945B88" w14:textId="77777777" w:rsidR="006E4424" w:rsidRDefault="00FE3B7B">
      <w:r>
        <w:t>7. Zoogeographical realms.</w:t>
      </w:r>
    </w:p>
    <w:p w14:paraId="3A8849F2" w14:textId="77777777" w:rsidR="006E4424" w:rsidRDefault="00FE3B7B">
      <w:r>
        <w:t>8. General characters and classification of Mammals.</w:t>
      </w:r>
    </w:p>
    <w:p w14:paraId="1989A514" w14:textId="77777777" w:rsidR="006E4424" w:rsidRDefault="00FE3B7B">
      <w:r>
        <w:t>9. Migration in birds.</w:t>
      </w:r>
    </w:p>
    <w:p w14:paraId="508EB3C6" w14:textId="77777777" w:rsidR="006E4424" w:rsidRDefault="00FE3B7B">
      <w:r>
        <w:t>10. Plantigrade locomotion with suitable example.</w:t>
      </w:r>
    </w:p>
    <w:p w14:paraId="1043E7F9" w14:textId="77777777" w:rsidR="00A748F0" w:rsidRPr="00A748F0" w:rsidRDefault="00A748F0" w:rsidP="00A748F0">
      <w:pPr>
        <w:pStyle w:val="Heading3"/>
        <w:ind w:left="2880" w:firstLine="720"/>
        <w:rPr>
          <w:color w:val="auto"/>
          <w:sz w:val="24"/>
          <w:szCs w:val="24"/>
        </w:rPr>
      </w:pPr>
      <w:r w:rsidRPr="00A748F0">
        <w:rPr>
          <w:color w:val="auto"/>
          <w:sz w:val="24"/>
          <w:szCs w:val="24"/>
        </w:rPr>
        <w:t>SECTION - D</w:t>
      </w:r>
    </w:p>
    <w:p w14:paraId="1826EFE9" w14:textId="77777777" w:rsidR="00A748F0" w:rsidRDefault="00A748F0" w:rsidP="00A748F0">
      <w:pPr>
        <w:pBdr>
          <w:top w:val="nil"/>
          <w:left w:val="nil"/>
          <w:bottom w:val="nil"/>
          <w:right w:val="nil"/>
          <w:between w:val="nil"/>
        </w:pBdr>
        <w:rPr>
          <w:b/>
          <w:bCs/>
        </w:rPr>
      </w:pPr>
      <w:r w:rsidRPr="0012187A">
        <w:rPr>
          <w:b/>
          <w:bCs/>
        </w:rPr>
        <w:t>4. Answer any four of the following:</w:t>
      </w:r>
      <w:r w:rsidRPr="0012187A">
        <w:t xml:space="preserve"> </w:t>
      </w:r>
      <w:r>
        <w:tab/>
      </w:r>
      <w:r>
        <w:tab/>
      </w:r>
      <w:r>
        <w:tab/>
      </w:r>
      <w:r>
        <w:tab/>
      </w:r>
      <w:r>
        <w:tab/>
      </w:r>
      <w:r w:rsidRPr="0012187A">
        <w:rPr>
          <w:b/>
          <w:bCs/>
        </w:rPr>
        <w:t>8 × 4 = 32</w:t>
      </w:r>
    </w:p>
    <w:p w14:paraId="7454E7A7" w14:textId="77777777" w:rsidR="006E4424" w:rsidRDefault="00FE3B7B">
      <w:r>
        <w:t>Answer any four of the following:</w:t>
      </w:r>
    </w:p>
    <w:p w14:paraId="7847E9B3" w14:textId="77777777" w:rsidR="006E4424" w:rsidRDefault="00FE3B7B">
      <w:r>
        <w:t>1. Describe the different accessory respiratory organs in fishes and discuss their significance.</w:t>
      </w:r>
    </w:p>
    <w:p w14:paraId="79DD77ED" w14:textId="77777777" w:rsidR="006E4424" w:rsidRDefault="00FE3B7B">
      <w:r>
        <w:t>2. Give an illustrated account of migration in fishes.</w:t>
      </w:r>
    </w:p>
    <w:p w14:paraId="404EC1B3" w14:textId="77777777" w:rsidR="006E4424" w:rsidRDefault="00FE3B7B">
      <w:r>
        <w:t>3. Describe the poison apparatus and biting mechanism in snakes.</w:t>
      </w:r>
    </w:p>
    <w:p w14:paraId="2869BA95" w14:textId="77777777" w:rsidR="006E4424" w:rsidRDefault="00FE3B7B">
      <w:r>
        <w:t>4. Write an essay on parental care in Amphibia.</w:t>
      </w:r>
    </w:p>
    <w:p w14:paraId="7B27B5B3" w14:textId="77777777" w:rsidR="006E4424" w:rsidRDefault="00FE3B7B">
      <w:r>
        <w:t>5. Discuss flight adaptations in birds.</w:t>
      </w:r>
    </w:p>
    <w:sectPr w:rsidR="006E4424" w:rsidSect="0003461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07BA9D" w14:textId="77777777" w:rsidR="003B3D1D" w:rsidRDefault="003B3D1D">
      <w:pPr>
        <w:spacing w:after="0" w:line="240" w:lineRule="auto"/>
      </w:pPr>
      <w:r>
        <w:separator/>
      </w:r>
    </w:p>
  </w:endnote>
  <w:endnote w:type="continuationSeparator" w:id="0">
    <w:p w14:paraId="412FDD32" w14:textId="77777777" w:rsidR="003B3D1D" w:rsidRDefault="003B3D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7799C4" w14:textId="77777777" w:rsidR="00A10DCB" w:rsidRDefault="00A10D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A7F67" w14:textId="77777777" w:rsidR="006E4424" w:rsidRDefault="00FE3B7B">
    <w:pPr>
      <w:pStyle w:val="Footer"/>
      <w:jc w:val="center"/>
    </w:pPr>
    <w:r>
      <w:rPr>
        <w:sz w:val="18"/>
      </w:rPr>
      <w:t>UG 1st Semester Zoology Honours – Question Bank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6E39F" w14:textId="77777777" w:rsidR="00A10DCB" w:rsidRDefault="00A10D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D3CA4D" w14:textId="77777777" w:rsidR="003B3D1D" w:rsidRDefault="003B3D1D">
      <w:pPr>
        <w:spacing w:after="0" w:line="240" w:lineRule="auto"/>
      </w:pPr>
      <w:r>
        <w:separator/>
      </w:r>
    </w:p>
  </w:footnote>
  <w:footnote w:type="continuationSeparator" w:id="0">
    <w:p w14:paraId="63B5F5CE" w14:textId="77777777" w:rsidR="003B3D1D" w:rsidRDefault="003B3D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A4C27" w14:textId="77777777" w:rsidR="00A10DCB" w:rsidRDefault="00A10D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1310915"/>
      <w:docPartObj>
        <w:docPartGallery w:val="Watermarks"/>
        <w:docPartUnique/>
      </w:docPartObj>
    </w:sdtPr>
    <w:sdtContent>
      <w:p w14:paraId="0F8B8503" w14:textId="0AE8FDE5" w:rsidR="00A10DCB" w:rsidRDefault="00A10DCB">
        <w:pPr>
          <w:pStyle w:val="Header"/>
        </w:pPr>
        <w:r>
          <w:rPr>
            <w:noProof/>
          </w:rPr>
          <w:pict w14:anchorId="478905D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" o:spid="_x0000_s1025" type="#_x0000_t136" style="position:absolute;margin-left:0;margin-top:0;width:617.75pt;height:102.9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Times New Roman&quot;;font-size:1pt" string="D.K. COLLEGE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D9E99" w14:textId="77777777" w:rsidR="00A10DCB" w:rsidRDefault="00A10DC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8908272">
    <w:abstractNumId w:val="8"/>
  </w:num>
  <w:num w:numId="2" w16cid:durableId="737095448">
    <w:abstractNumId w:val="6"/>
  </w:num>
  <w:num w:numId="3" w16cid:durableId="2001731711">
    <w:abstractNumId w:val="5"/>
  </w:num>
  <w:num w:numId="4" w16cid:durableId="88045638">
    <w:abstractNumId w:val="4"/>
  </w:num>
  <w:num w:numId="5" w16cid:durableId="1600990581">
    <w:abstractNumId w:val="7"/>
  </w:num>
  <w:num w:numId="6" w16cid:durableId="2104758250">
    <w:abstractNumId w:val="3"/>
  </w:num>
  <w:num w:numId="7" w16cid:durableId="810559924">
    <w:abstractNumId w:val="2"/>
  </w:num>
  <w:num w:numId="8" w16cid:durableId="1051537001">
    <w:abstractNumId w:val="1"/>
  </w:num>
  <w:num w:numId="9" w16cid:durableId="820074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C5BA6"/>
    <w:rsid w:val="0015074B"/>
    <w:rsid w:val="00153DF8"/>
    <w:rsid w:val="00170D4D"/>
    <w:rsid w:val="001B15D5"/>
    <w:rsid w:val="001D2AF0"/>
    <w:rsid w:val="00267B1D"/>
    <w:rsid w:val="0029639D"/>
    <w:rsid w:val="00326F90"/>
    <w:rsid w:val="00366E33"/>
    <w:rsid w:val="003B3D1D"/>
    <w:rsid w:val="003F5E24"/>
    <w:rsid w:val="004F1AA0"/>
    <w:rsid w:val="004F24FE"/>
    <w:rsid w:val="005B05C9"/>
    <w:rsid w:val="006170E2"/>
    <w:rsid w:val="00657E54"/>
    <w:rsid w:val="006B6DA2"/>
    <w:rsid w:val="006E4424"/>
    <w:rsid w:val="00793AEF"/>
    <w:rsid w:val="00A10DCB"/>
    <w:rsid w:val="00A23977"/>
    <w:rsid w:val="00A748F0"/>
    <w:rsid w:val="00AA1D8D"/>
    <w:rsid w:val="00B47730"/>
    <w:rsid w:val="00C01551"/>
    <w:rsid w:val="00CB0664"/>
    <w:rsid w:val="00FC693F"/>
    <w:rsid w:val="00FE3B7B"/>
    <w:rsid w:val="00FF6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00"/>
  <w15:docId w15:val="{0DB39AD4-D83C-45E2-8828-B16BD3735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48F0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1872</Words>
  <Characters>10671</Characters>
  <Application>Microsoft Office Word</Application>
  <DocSecurity>0</DocSecurity>
  <Lines>88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12518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KABITA KHUNTIA</cp:lastModifiedBy>
  <cp:revision>20</cp:revision>
  <dcterms:created xsi:type="dcterms:W3CDTF">2013-12-23T23:15:00Z</dcterms:created>
  <dcterms:modified xsi:type="dcterms:W3CDTF">2026-09-02T07:07:00Z</dcterms:modified>
  <cp:category/>
</cp:coreProperties>
</file>